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12210C" w14:textId="7F5C7FF0" w:rsidR="008E651E" w:rsidRPr="0088687A" w:rsidRDefault="008E651E" w:rsidP="008E651E">
      <w:pPr>
        <w:bidi/>
        <w:jc w:val="center"/>
        <w:rPr>
          <w:rFonts w:cs="B Titr"/>
          <w:sz w:val="36"/>
          <w:szCs w:val="36"/>
          <w:rtl/>
          <w:lang w:bidi="fa-IR"/>
        </w:rPr>
      </w:pPr>
      <w:r w:rsidRPr="0088687A">
        <w:rPr>
          <w:rFonts w:cs="B Titr" w:hint="eastAsia"/>
          <w:sz w:val="36"/>
          <w:szCs w:val="36"/>
          <w:rtl/>
          <w:lang w:bidi="fa-IR"/>
        </w:rPr>
        <w:t>آ</w:t>
      </w:r>
      <w:r w:rsidRPr="0088687A">
        <w:rPr>
          <w:rFonts w:cs="B Titr" w:hint="cs"/>
          <w:sz w:val="36"/>
          <w:szCs w:val="36"/>
          <w:rtl/>
          <w:lang w:bidi="fa-IR"/>
        </w:rPr>
        <w:t>یی</w:t>
      </w:r>
      <w:r w:rsidRPr="0088687A">
        <w:rPr>
          <w:rFonts w:cs="B Titr" w:hint="eastAsia"/>
          <w:sz w:val="36"/>
          <w:szCs w:val="36"/>
          <w:rtl/>
          <w:lang w:bidi="fa-IR"/>
        </w:rPr>
        <w:t>ن‌</w:t>
      </w:r>
      <w:r w:rsidRPr="0088687A">
        <w:rPr>
          <w:rFonts w:cs="B Titr" w:hint="cs"/>
          <w:sz w:val="36"/>
          <w:szCs w:val="36"/>
          <w:rtl/>
          <w:lang w:bidi="fa-IR"/>
        </w:rPr>
        <w:t xml:space="preserve"> </w:t>
      </w:r>
      <w:r w:rsidRPr="0088687A">
        <w:rPr>
          <w:rFonts w:cs="B Titr" w:hint="eastAsia"/>
          <w:sz w:val="36"/>
          <w:szCs w:val="36"/>
          <w:rtl/>
          <w:lang w:bidi="fa-IR"/>
        </w:rPr>
        <w:t>نامه</w:t>
      </w:r>
      <w:r w:rsidRPr="0088687A">
        <w:rPr>
          <w:rFonts w:cs="B Titr"/>
          <w:sz w:val="36"/>
          <w:szCs w:val="36"/>
          <w:rtl/>
          <w:lang w:bidi="fa-IR"/>
        </w:rPr>
        <w:t xml:space="preserve"> </w:t>
      </w:r>
      <w:r w:rsidRPr="0088687A">
        <w:rPr>
          <w:rFonts w:cs="B Titr" w:hint="eastAsia"/>
          <w:sz w:val="36"/>
          <w:szCs w:val="36"/>
          <w:rtl/>
          <w:lang w:bidi="fa-IR"/>
        </w:rPr>
        <w:t>انضباط</w:t>
      </w:r>
      <w:r w:rsidRPr="0088687A">
        <w:rPr>
          <w:rFonts w:cs="B Titr"/>
          <w:sz w:val="36"/>
          <w:szCs w:val="36"/>
          <w:rtl/>
          <w:lang w:bidi="fa-IR"/>
        </w:rPr>
        <w:t xml:space="preserve"> </w:t>
      </w:r>
      <w:r w:rsidRPr="0088687A">
        <w:rPr>
          <w:rFonts w:cs="B Titr" w:hint="eastAsia"/>
          <w:sz w:val="36"/>
          <w:szCs w:val="36"/>
          <w:rtl/>
          <w:lang w:bidi="fa-IR"/>
        </w:rPr>
        <w:t>کار</w:t>
      </w:r>
      <w:r w:rsidRPr="0088687A">
        <w:rPr>
          <w:rFonts w:cs="B Titr"/>
          <w:sz w:val="36"/>
          <w:szCs w:val="36"/>
          <w:rtl/>
          <w:lang w:bidi="fa-IR"/>
        </w:rPr>
        <w:t xml:space="preserve"> </w:t>
      </w:r>
      <w:r w:rsidRPr="0088687A">
        <w:rPr>
          <w:rFonts w:cs="B Titr" w:hint="eastAsia"/>
          <w:sz w:val="36"/>
          <w:szCs w:val="36"/>
          <w:rtl/>
          <w:lang w:bidi="fa-IR"/>
        </w:rPr>
        <w:t>شرکت</w:t>
      </w:r>
      <w:r w:rsidRPr="0088687A">
        <w:rPr>
          <w:rFonts w:cs="B Titr"/>
          <w:sz w:val="36"/>
          <w:szCs w:val="36"/>
          <w:rtl/>
          <w:lang w:bidi="fa-IR"/>
        </w:rPr>
        <w:t xml:space="preserve"> </w:t>
      </w:r>
      <w:r w:rsidRPr="0088687A">
        <w:rPr>
          <w:rFonts w:cs="B Titr" w:hint="eastAsia"/>
          <w:sz w:val="36"/>
          <w:szCs w:val="36"/>
          <w:rtl/>
          <w:lang w:bidi="fa-IR"/>
        </w:rPr>
        <w:t>تول</w:t>
      </w:r>
      <w:r w:rsidRPr="0088687A">
        <w:rPr>
          <w:rFonts w:cs="B Titr" w:hint="cs"/>
          <w:sz w:val="36"/>
          <w:szCs w:val="36"/>
          <w:rtl/>
          <w:lang w:bidi="fa-IR"/>
        </w:rPr>
        <w:t>ی</w:t>
      </w:r>
      <w:r w:rsidRPr="0088687A">
        <w:rPr>
          <w:rFonts w:cs="B Titr" w:hint="eastAsia"/>
          <w:sz w:val="36"/>
          <w:szCs w:val="36"/>
          <w:rtl/>
          <w:lang w:bidi="fa-IR"/>
        </w:rPr>
        <w:t>د</w:t>
      </w:r>
      <w:r w:rsidRPr="0088687A">
        <w:rPr>
          <w:rFonts w:cs="B Titr" w:hint="cs"/>
          <w:sz w:val="36"/>
          <w:szCs w:val="36"/>
          <w:rtl/>
          <w:lang w:bidi="fa-IR"/>
        </w:rPr>
        <w:t>ی</w:t>
      </w:r>
      <w:r w:rsidRPr="0088687A">
        <w:rPr>
          <w:rFonts w:cs="B Titr"/>
          <w:sz w:val="36"/>
          <w:szCs w:val="36"/>
          <w:rtl/>
          <w:lang w:bidi="fa-IR"/>
        </w:rPr>
        <w:t xml:space="preserve"> </w:t>
      </w:r>
      <w:r w:rsidRPr="0088687A">
        <w:rPr>
          <w:rFonts w:cs="B Titr" w:hint="eastAsia"/>
          <w:sz w:val="36"/>
          <w:szCs w:val="36"/>
          <w:rtl/>
          <w:lang w:bidi="fa-IR"/>
        </w:rPr>
        <w:t>پارس</w:t>
      </w:r>
      <w:r w:rsidRPr="0088687A">
        <w:rPr>
          <w:rFonts w:cs="B Titr"/>
          <w:sz w:val="36"/>
          <w:szCs w:val="36"/>
          <w:rtl/>
          <w:lang w:bidi="fa-IR"/>
        </w:rPr>
        <w:t xml:space="preserve"> </w:t>
      </w:r>
      <w:r w:rsidRPr="0088687A">
        <w:rPr>
          <w:rFonts w:cs="B Titr" w:hint="eastAsia"/>
          <w:sz w:val="36"/>
          <w:szCs w:val="36"/>
          <w:rtl/>
          <w:lang w:bidi="fa-IR"/>
        </w:rPr>
        <w:t>صنعت</w:t>
      </w:r>
    </w:p>
    <w:p w14:paraId="1ED6193C" w14:textId="5EFA623A" w:rsidR="0088687A" w:rsidRPr="0088687A" w:rsidRDefault="0088687A" w:rsidP="002151FF">
      <w:pPr>
        <w:bidi/>
        <w:jc w:val="center"/>
        <w:rPr>
          <w:rFonts w:cs="B Nazanin"/>
          <w:sz w:val="34"/>
          <w:szCs w:val="32"/>
          <w:lang w:bidi="fa-IR"/>
        </w:rPr>
      </w:pPr>
      <w:r w:rsidRPr="0088687A">
        <w:rPr>
          <w:rFonts w:cs="B Nazanin" w:hint="eastAsia"/>
          <w:sz w:val="34"/>
          <w:szCs w:val="32"/>
          <w:rtl/>
          <w:lang w:bidi="fa-IR"/>
        </w:rPr>
        <w:t>پ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ش‌نو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س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آموزش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بوم</w:t>
      </w:r>
      <w:r w:rsidRPr="0088687A">
        <w:rPr>
          <w:rFonts w:cs="B Nazanin" w:hint="cs"/>
          <w:sz w:val="34"/>
          <w:szCs w:val="32"/>
          <w:rtl/>
          <w:lang w:bidi="fa-IR"/>
        </w:rPr>
        <w:t>ی‌</w:t>
      </w:r>
      <w:r w:rsidRPr="0088687A">
        <w:rPr>
          <w:rFonts w:cs="B Nazanin" w:hint="eastAsia"/>
          <w:sz w:val="34"/>
          <w:szCs w:val="32"/>
          <w:rtl/>
          <w:lang w:bidi="fa-IR"/>
        </w:rPr>
        <w:t>ساز</w:t>
      </w:r>
      <w:r w:rsidRPr="0088687A">
        <w:rPr>
          <w:rFonts w:cs="B Nazanin" w:hint="cs"/>
          <w:sz w:val="34"/>
          <w:szCs w:val="32"/>
          <w:rtl/>
          <w:lang w:bidi="fa-IR"/>
        </w:rPr>
        <w:t>ی‌</w:t>
      </w:r>
      <w:r w:rsidRPr="0088687A">
        <w:rPr>
          <w:rFonts w:cs="B Nazanin" w:hint="eastAsia"/>
          <w:sz w:val="34"/>
          <w:szCs w:val="32"/>
          <w:rtl/>
          <w:lang w:bidi="fa-IR"/>
        </w:rPr>
        <w:t>شده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ب</w:t>
      </w:r>
      <w:r>
        <w:rPr>
          <w:rFonts w:cs="B Nazanin" w:hint="eastAsia"/>
          <w:sz w:val="34"/>
          <w:szCs w:val="32"/>
          <w:rtl/>
          <w:lang w:bidi="fa-IR"/>
        </w:rPr>
        <w:t>رای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کارگاه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تول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د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فرض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با</w:t>
      </w:r>
      <w:r w:rsidRPr="0088687A">
        <w:rPr>
          <w:rFonts w:cs="B Nazanin"/>
          <w:sz w:val="34"/>
          <w:szCs w:val="32"/>
          <w:rtl/>
          <w:lang w:bidi="fa-IR"/>
        </w:rPr>
        <w:t xml:space="preserve"> ۵۰ </w:t>
      </w:r>
      <w:r w:rsidRPr="0088687A">
        <w:rPr>
          <w:rFonts w:cs="B Nazanin" w:hint="eastAsia"/>
          <w:sz w:val="34"/>
          <w:szCs w:val="32"/>
          <w:rtl/>
          <w:lang w:bidi="fa-IR"/>
        </w:rPr>
        <w:t>کارگر</w:t>
      </w:r>
    </w:p>
    <w:p w14:paraId="62469C3B" w14:textId="0E719839" w:rsidR="0088687A" w:rsidRPr="0088687A" w:rsidRDefault="0088687A" w:rsidP="0088687A">
      <w:pPr>
        <w:bidi/>
        <w:rPr>
          <w:rFonts w:cs="B Nazanin"/>
          <w:sz w:val="34"/>
          <w:szCs w:val="32"/>
          <w:lang w:bidi="fa-IR"/>
        </w:rPr>
      </w:pPr>
      <w:r w:rsidRPr="00934584">
        <w:rPr>
          <w:rFonts w:cs="B Nazanin" w:hint="eastAsia"/>
          <w:b/>
          <w:bCs/>
          <w:sz w:val="34"/>
          <w:szCs w:val="32"/>
          <w:rtl/>
          <w:lang w:bidi="fa-IR"/>
        </w:rPr>
        <w:t>وضع</w:t>
      </w:r>
      <w:r w:rsidRPr="00934584">
        <w:rPr>
          <w:rFonts w:cs="B Nazanin" w:hint="cs"/>
          <w:b/>
          <w:bCs/>
          <w:sz w:val="34"/>
          <w:szCs w:val="32"/>
          <w:rtl/>
          <w:lang w:bidi="fa-IR"/>
        </w:rPr>
        <w:t>ی</w:t>
      </w:r>
      <w:r w:rsidRPr="00934584">
        <w:rPr>
          <w:rFonts w:cs="B Nazanin" w:hint="eastAsia"/>
          <w:b/>
          <w:bCs/>
          <w:sz w:val="34"/>
          <w:szCs w:val="32"/>
          <w:rtl/>
          <w:lang w:bidi="fa-IR"/>
        </w:rPr>
        <w:t>ت</w:t>
      </w:r>
      <w:r w:rsidRPr="00934584">
        <w:rPr>
          <w:rFonts w:cs="B Nazanin"/>
          <w:b/>
          <w:bCs/>
          <w:sz w:val="34"/>
          <w:szCs w:val="32"/>
          <w:rtl/>
          <w:lang w:bidi="fa-IR"/>
        </w:rPr>
        <w:t xml:space="preserve"> </w:t>
      </w:r>
      <w:r w:rsidRPr="00934584">
        <w:rPr>
          <w:rFonts w:cs="B Nazanin" w:hint="eastAsia"/>
          <w:b/>
          <w:bCs/>
          <w:sz w:val="34"/>
          <w:szCs w:val="32"/>
          <w:rtl/>
          <w:lang w:bidi="fa-IR"/>
        </w:rPr>
        <w:t>سند</w:t>
      </w:r>
      <w:r w:rsidRPr="00934584">
        <w:rPr>
          <w:rFonts w:cs="B Nazanin"/>
          <w:b/>
          <w:bCs/>
          <w:sz w:val="34"/>
          <w:szCs w:val="32"/>
          <w:rtl/>
          <w:lang w:bidi="fa-IR"/>
        </w:rPr>
        <w:t>: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پ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شنهاد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و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فاقد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>
        <w:rPr>
          <w:rFonts w:cs="B Nazanin" w:hint="eastAsia"/>
          <w:sz w:val="34"/>
          <w:szCs w:val="32"/>
          <w:rtl/>
          <w:lang w:bidi="fa-IR"/>
        </w:rPr>
        <w:t>تایید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اداره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کار</w:t>
      </w:r>
      <w:r w:rsidRPr="0088687A">
        <w:rPr>
          <w:rFonts w:cs="B Nazanin"/>
          <w:sz w:val="34"/>
          <w:szCs w:val="32"/>
          <w:rtl/>
          <w:lang w:bidi="fa-IR"/>
        </w:rPr>
        <w:t xml:space="preserve"> | </w:t>
      </w:r>
      <w:r w:rsidRPr="0088687A">
        <w:rPr>
          <w:rFonts w:cs="B Nazanin" w:hint="eastAsia"/>
          <w:sz w:val="34"/>
          <w:szCs w:val="32"/>
          <w:rtl/>
          <w:lang w:bidi="fa-IR"/>
        </w:rPr>
        <w:t>تار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خ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ته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ه</w:t>
      </w:r>
      <w:r w:rsidRPr="0088687A">
        <w:rPr>
          <w:rFonts w:cs="B Nazanin"/>
          <w:sz w:val="34"/>
          <w:szCs w:val="32"/>
          <w:rtl/>
          <w:lang w:bidi="fa-IR"/>
        </w:rPr>
        <w:t xml:space="preserve">: </w:t>
      </w:r>
      <w:r w:rsidRPr="0088687A">
        <w:rPr>
          <w:rFonts w:cs="B Nazanin" w:hint="eastAsia"/>
          <w:sz w:val="34"/>
          <w:szCs w:val="32"/>
          <w:rtl/>
          <w:lang w:bidi="fa-IR"/>
        </w:rPr>
        <w:t>مهر</w:t>
      </w:r>
      <w:r w:rsidRPr="0088687A">
        <w:rPr>
          <w:rFonts w:cs="B Nazanin"/>
          <w:sz w:val="34"/>
          <w:szCs w:val="32"/>
          <w:rtl/>
          <w:lang w:bidi="fa-IR"/>
        </w:rPr>
        <w:t xml:space="preserve"> ۱۴۰۵</w:t>
      </w:r>
    </w:p>
    <w:p w14:paraId="49E47FE4" w14:textId="1066939C" w:rsidR="0088687A" w:rsidRPr="0088687A" w:rsidRDefault="0088687A" w:rsidP="0088687A">
      <w:pPr>
        <w:bidi/>
        <w:rPr>
          <w:rFonts w:cs="B Nazanin"/>
          <w:sz w:val="34"/>
          <w:szCs w:val="32"/>
          <w:lang w:bidi="fa-IR"/>
        </w:rPr>
      </w:pPr>
      <w:r w:rsidRPr="0088687A">
        <w:rPr>
          <w:rFonts w:cs="B Nazanin" w:hint="eastAsia"/>
          <w:b/>
          <w:bCs/>
          <w:sz w:val="34"/>
          <w:szCs w:val="32"/>
          <w:rtl/>
          <w:lang w:bidi="fa-IR"/>
        </w:rPr>
        <w:t>تذکر</w:t>
      </w:r>
      <w:r w:rsidRPr="0088687A">
        <w:rPr>
          <w:rFonts w:cs="B Nazanin"/>
          <w:b/>
          <w:bCs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b/>
          <w:bCs/>
          <w:sz w:val="34"/>
          <w:szCs w:val="32"/>
          <w:rtl/>
          <w:lang w:bidi="fa-IR"/>
        </w:rPr>
        <w:t>مهم</w:t>
      </w:r>
      <w:r w:rsidRPr="0088687A">
        <w:rPr>
          <w:rFonts w:cs="B Nazanin"/>
          <w:b/>
          <w:bCs/>
          <w:sz w:val="34"/>
          <w:szCs w:val="32"/>
          <w:rtl/>
          <w:lang w:bidi="fa-IR"/>
        </w:rPr>
        <w:t>: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ن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سند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ب</w:t>
      </w:r>
      <w:r>
        <w:rPr>
          <w:rFonts w:cs="B Nazanin" w:hint="eastAsia"/>
          <w:sz w:val="34"/>
          <w:szCs w:val="32"/>
          <w:rtl/>
          <w:lang w:bidi="fa-IR"/>
        </w:rPr>
        <w:t>رای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نما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ش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ش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وه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بوم</w:t>
      </w:r>
      <w:r w:rsidRPr="0088687A">
        <w:rPr>
          <w:rFonts w:cs="B Nazanin" w:hint="cs"/>
          <w:sz w:val="34"/>
          <w:szCs w:val="32"/>
          <w:rtl/>
          <w:lang w:bidi="fa-IR"/>
        </w:rPr>
        <w:t>ی‌</w:t>
      </w:r>
      <w:r w:rsidRPr="0088687A">
        <w:rPr>
          <w:rFonts w:cs="B Nazanin" w:hint="eastAsia"/>
          <w:sz w:val="34"/>
          <w:szCs w:val="32"/>
          <w:rtl/>
          <w:lang w:bidi="fa-IR"/>
        </w:rPr>
        <w:t>ساز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نمونه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آ</w:t>
      </w:r>
      <w:r w:rsidRPr="0088687A">
        <w:rPr>
          <w:rFonts w:cs="B Nazanin" w:hint="cs"/>
          <w:sz w:val="34"/>
          <w:szCs w:val="32"/>
          <w:rtl/>
          <w:lang w:bidi="fa-IR"/>
        </w:rPr>
        <w:t>یی</w:t>
      </w:r>
      <w:r w:rsidRPr="0088687A">
        <w:rPr>
          <w:rFonts w:cs="B Nazanin" w:hint="eastAsia"/>
          <w:sz w:val="34"/>
          <w:szCs w:val="32"/>
          <w:rtl/>
          <w:lang w:bidi="fa-IR"/>
        </w:rPr>
        <w:t>ن‌نامه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وزارت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کار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ته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ه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شده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است</w:t>
      </w:r>
      <w:r w:rsidRPr="0088687A">
        <w:rPr>
          <w:rFonts w:cs="B Nazanin"/>
          <w:sz w:val="34"/>
          <w:szCs w:val="32"/>
          <w:rtl/>
          <w:lang w:bidi="fa-IR"/>
        </w:rPr>
        <w:t xml:space="preserve">. </w:t>
      </w:r>
      <w:r w:rsidRPr="0088687A">
        <w:rPr>
          <w:rFonts w:cs="B Nazanin" w:hint="eastAsia"/>
          <w:sz w:val="34"/>
          <w:szCs w:val="32"/>
          <w:rtl/>
          <w:lang w:bidi="fa-IR"/>
        </w:rPr>
        <w:t>اعداد،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ش</w:t>
      </w:r>
      <w:r>
        <w:rPr>
          <w:rFonts w:cs="B Nazanin" w:hint="eastAsia"/>
          <w:sz w:val="34"/>
          <w:szCs w:val="32"/>
          <w:rtl/>
          <w:lang w:bidi="fa-IR"/>
        </w:rPr>
        <w:t>رای</w:t>
      </w:r>
      <w:r w:rsidRPr="0088687A">
        <w:rPr>
          <w:rFonts w:cs="B Nazanin" w:hint="eastAsia"/>
          <w:sz w:val="34"/>
          <w:szCs w:val="32"/>
          <w:rtl/>
          <w:lang w:bidi="fa-IR"/>
        </w:rPr>
        <w:t>ط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و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مصاد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ق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اختصاص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کارگاه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فرض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پ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شنهاد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تدو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ن‌کننده‌اند؛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اج</w:t>
      </w:r>
      <w:r>
        <w:rPr>
          <w:rFonts w:cs="B Nazanin" w:hint="eastAsia"/>
          <w:sz w:val="34"/>
          <w:szCs w:val="32"/>
          <w:rtl/>
          <w:lang w:bidi="fa-IR"/>
        </w:rPr>
        <w:t>رای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واقع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متن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منوط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به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بررس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اصلاح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احتمال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و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>
        <w:rPr>
          <w:rFonts w:cs="B Nazanin" w:hint="eastAsia"/>
          <w:sz w:val="34"/>
          <w:szCs w:val="32"/>
          <w:rtl/>
          <w:lang w:bidi="fa-IR"/>
        </w:rPr>
        <w:t>تایید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مرجع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صلاح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ت‌دار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است</w:t>
      </w:r>
      <w:r w:rsidRPr="0088687A">
        <w:rPr>
          <w:rFonts w:cs="B Nazanin"/>
          <w:sz w:val="34"/>
          <w:szCs w:val="32"/>
          <w:rtl/>
          <w:lang w:bidi="fa-IR"/>
        </w:rPr>
        <w:t xml:space="preserve">. </w:t>
      </w:r>
      <w:r w:rsidRPr="0088687A">
        <w:rPr>
          <w:rFonts w:cs="B Nazanin" w:hint="eastAsia"/>
          <w:sz w:val="34"/>
          <w:szCs w:val="32"/>
          <w:rtl/>
          <w:lang w:bidi="fa-IR"/>
        </w:rPr>
        <w:t>ه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چ‌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ک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از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مفاد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آن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مجوز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کسر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غ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رقانون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مزد،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محروم‌کردن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کارگر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از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حقوق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قانون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ا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اخراج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خارج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از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ماده</w:t>
      </w:r>
      <w:r w:rsidRPr="0088687A">
        <w:rPr>
          <w:rFonts w:cs="B Nazanin"/>
          <w:sz w:val="34"/>
          <w:szCs w:val="32"/>
          <w:rtl/>
          <w:lang w:bidi="fa-IR"/>
        </w:rPr>
        <w:t xml:space="preserve"> ۲۷ </w:t>
      </w:r>
      <w:r w:rsidRPr="0088687A">
        <w:rPr>
          <w:rFonts w:cs="B Nazanin" w:hint="eastAsia"/>
          <w:sz w:val="34"/>
          <w:szCs w:val="32"/>
          <w:rtl/>
          <w:lang w:bidi="fa-IR"/>
        </w:rPr>
        <w:t>قانون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کار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ن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ست</w:t>
      </w:r>
      <w:r w:rsidRPr="0088687A">
        <w:rPr>
          <w:rFonts w:cs="B Nazanin"/>
          <w:sz w:val="34"/>
          <w:szCs w:val="32"/>
          <w:rtl/>
          <w:lang w:bidi="fa-IR"/>
        </w:rPr>
        <w:t>.</w:t>
      </w:r>
    </w:p>
    <w:p w14:paraId="5E0B1C5A" w14:textId="77777777" w:rsidR="0088687A" w:rsidRPr="0088687A" w:rsidRDefault="0088687A" w:rsidP="0088687A">
      <w:pPr>
        <w:bidi/>
        <w:rPr>
          <w:rFonts w:cs="B Titr"/>
          <w:sz w:val="34"/>
          <w:szCs w:val="32"/>
          <w:lang w:bidi="fa-IR"/>
        </w:rPr>
      </w:pPr>
      <w:r w:rsidRPr="0088687A">
        <w:rPr>
          <w:rFonts w:cs="B Titr" w:hint="eastAsia"/>
          <w:sz w:val="34"/>
          <w:szCs w:val="32"/>
          <w:rtl/>
          <w:lang w:bidi="fa-IR"/>
        </w:rPr>
        <w:t>موضوع</w:t>
      </w:r>
      <w:r w:rsidRPr="0088687A">
        <w:rPr>
          <w:rFonts w:cs="B Titr"/>
          <w:sz w:val="34"/>
          <w:szCs w:val="32"/>
          <w:rtl/>
          <w:lang w:bidi="fa-IR"/>
        </w:rPr>
        <w:t>:</w:t>
      </w:r>
    </w:p>
    <w:p w14:paraId="6B4B9052" w14:textId="76492F9D" w:rsidR="0088687A" w:rsidRDefault="0088687A" w:rsidP="0088687A">
      <w:pPr>
        <w:bidi/>
        <w:rPr>
          <w:rFonts w:cs="B Nazanin"/>
          <w:sz w:val="34"/>
          <w:szCs w:val="32"/>
          <w:rtl/>
          <w:lang w:bidi="fa-IR"/>
        </w:rPr>
      </w:pPr>
      <w:r w:rsidRPr="0088687A">
        <w:rPr>
          <w:rFonts w:cs="B Nazanin" w:hint="eastAsia"/>
          <w:sz w:val="34"/>
          <w:szCs w:val="32"/>
          <w:rtl/>
          <w:lang w:bidi="fa-IR"/>
        </w:rPr>
        <w:t>به‌منظور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جاد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مح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ط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کار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منظم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و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من،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افزا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ش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کا</w:t>
      </w:r>
      <w:r>
        <w:rPr>
          <w:rFonts w:cs="B Nazanin" w:hint="eastAsia"/>
          <w:sz w:val="34"/>
          <w:szCs w:val="32"/>
          <w:rtl/>
          <w:lang w:bidi="fa-IR"/>
        </w:rPr>
        <w:t>رای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بهبود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ک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ف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ت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تول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د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و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پ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شگ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ر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از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تخلفات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انضباط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ن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آ</w:t>
      </w:r>
      <w:r w:rsidRPr="0088687A">
        <w:rPr>
          <w:rFonts w:cs="B Nazanin" w:hint="cs"/>
          <w:sz w:val="34"/>
          <w:szCs w:val="32"/>
          <w:rtl/>
          <w:lang w:bidi="fa-IR"/>
        </w:rPr>
        <w:t>یی</w:t>
      </w:r>
      <w:r w:rsidRPr="0088687A">
        <w:rPr>
          <w:rFonts w:cs="B Nazanin" w:hint="eastAsia"/>
          <w:sz w:val="34"/>
          <w:szCs w:val="32"/>
          <w:rtl/>
          <w:lang w:bidi="fa-IR"/>
        </w:rPr>
        <w:t>ن‌نامه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ب</w:t>
      </w:r>
      <w:r>
        <w:rPr>
          <w:rFonts w:cs="B Nazanin" w:hint="eastAsia"/>
          <w:sz w:val="34"/>
          <w:szCs w:val="32"/>
          <w:rtl/>
          <w:lang w:bidi="fa-IR"/>
        </w:rPr>
        <w:t>رای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شرکت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تول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د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پارس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صنعت</w:t>
      </w:r>
      <w:r w:rsidRPr="0088687A">
        <w:rPr>
          <w:rFonts w:cs="B Nazanin"/>
          <w:sz w:val="34"/>
          <w:szCs w:val="32"/>
          <w:rtl/>
          <w:lang w:bidi="fa-IR"/>
        </w:rPr>
        <w:t xml:space="preserve"> (</w:t>
      </w:r>
      <w:r w:rsidRPr="0088687A">
        <w:rPr>
          <w:rFonts w:cs="B Nazanin" w:hint="eastAsia"/>
          <w:sz w:val="34"/>
          <w:szCs w:val="32"/>
          <w:rtl/>
          <w:lang w:bidi="fa-IR"/>
        </w:rPr>
        <w:t>کارگاه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فرض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با</w:t>
      </w:r>
      <w:r w:rsidRPr="0088687A">
        <w:rPr>
          <w:rFonts w:cs="B Nazanin"/>
          <w:sz w:val="34"/>
          <w:szCs w:val="32"/>
          <w:rtl/>
          <w:lang w:bidi="fa-IR"/>
        </w:rPr>
        <w:t xml:space="preserve"> ۵۰ </w:t>
      </w:r>
      <w:r w:rsidRPr="0088687A">
        <w:rPr>
          <w:rFonts w:cs="B Nazanin" w:hint="eastAsia"/>
          <w:sz w:val="34"/>
          <w:szCs w:val="32"/>
          <w:rtl/>
          <w:lang w:bidi="fa-IR"/>
        </w:rPr>
        <w:t>کارگر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در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واحدها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تول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د،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مونتاژ،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کنترل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ک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ف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ت،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انبار،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تعم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رات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و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نگهدار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ادار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و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پشت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بان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) </w:t>
      </w:r>
      <w:r w:rsidRPr="0088687A">
        <w:rPr>
          <w:rFonts w:cs="B Nazanin" w:hint="eastAsia"/>
          <w:sz w:val="34"/>
          <w:szCs w:val="32"/>
          <w:rtl/>
          <w:lang w:bidi="fa-IR"/>
        </w:rPr>
        <w:t>با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توجه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به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ش</w:t>
      </w:r>
      <w:r>
        <w:rPr>
          <w:rFonts w:cs="B Nazanin" w:hint="eastAsia"/>
          <w:sz w:val="34"/>
          <w:szCs w:val="32"/>
          <w:rtl/>
          <w:lang w:bidi="fa-IR"/>
        </w:rPr>
        <w:t>رای</w:t>
      </w:r>
      <w:r w:rsidRPr="0088687A">
        <w:rPr>
          <w:rFonts w:cs="B Nazanin" w:hint="eastAsia"/>
          <w:sz w:val="34"/>
          <w:szCs w:val="32"/>
          <w:rtl/>
          <w:lang w:bidi="fa-IR"/>
        </w:rPr>
        <w:t>ط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فعال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ت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آن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و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با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الگوبردار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از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نمونه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آ</w:t>
      </w:r>
      <w:r w:rsidRPr="0088687A">
        <w:rPr>
          <w:rFonts w:cs="B Nazanin" w:hint="cs"/>
          <w:sz w:val="34"/>
          <w:szCs w:val="32"/>
          <w:rtl/>
          <w:lang w:bidi="fa-IR"/>
        </w:rPr>
        <w:t>یی</w:t>
      </w:r>
      <w:r w:rsidRPr="0088687A">
        <w:rPr>
          <w:rFonts w:cs="B Nazanin" w:hint="eastAsia"/>
          <w:sz w:val="34"/>
          <w:szCs w:val="32"/>
          <w:rtl/>
          <w:lang w:bidi="fa-IR"/>
        </w:rPr>
        <w:t>ن‌نامه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انضباط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کار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وزارت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کار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و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مقررات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اصلاح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تع</w:t>
      </w:r>
      <w:r w:rsidRPr="0088687A">
        <w:rPr>
          <w:rFonts w:cs="B Nazanin" w:hint="cs"/>
          <w:sz w:val="34"/>
          <w:szCs w:val="32"/>
          <w:rtl/>
          <w:lang w:bidi="fa-IR"/>
        </w:rPr>
        <w:t>یی</w:t>
      </w:r>
      <w:r w:rsidRPr="0088687A">
        <w:rPr>
          <w:rFonts w:cs="B Nazanin" w:hint="eastAsia"/>
          <w:sz w:val="34"/>
          <w:szCs w:val="32"/>
          <w:rtl/>
          <w:lang w:bidi="fa-IR"/>
        </w:rPr>
        <w:t>ن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موارد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قصور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و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نقض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دستورالعمل‌ها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و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آ</w:t>
      </w:r>
      <w:r w:rsidRPr="0088687A">
        <w:rPr>
          <w:rFonts w:cs="B Nazanin" w:hint="cs"/>
          <w:sz w:val="34"/>
          <w:szCs w:val="32"/>
          <w:rtl/>
          <w:lang w:bidi="fa-IR"/>
        </w:rPr>
        <w:t>یی</w:t>
      </w:r>
      <w:r w:rsidRPr="0088687A">
        <w:rPr>
          <w:rFonts w:cs="B Nazanin" w:hint="eastAsia"/>
          <w:sz w:val="34"/>
          <w:szCs w:val="32"/>
          <w:rtl/>
          <w:lang w:bidi="fa-IR"/>
        </w:rPr>
        <w:t>ن‌نامه‌ها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انضباط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کار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در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کارگاه‌ها،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موضوع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تبصره</w:t>
      </w:r>
      <w:r w:rsidRPr="0088687A">
        <w:rPr>
          <w:rFonts w:cs="B Nazanin"/>
          <w:sz w:val="34"/>
          <w:szCs w:val="32"/>
          <w:rtl/>
          <w:lang w:bidi="fa-IR"/>
        </w:rPr>
        <w:t xml:space="preserve"> ۲ </w:t>
      </w:r>
      <w:r w:rsidRPr="0088687A">
        <w:rPr>
          <w:rFonts w:cs="B Nazanin" w:hint="eastAsia"/>
          <w:sz w:val="34"/>
          <w:szCs w:val="32"/>
          <w:rtl/>
          <w:lang w:bidi="fa-IR"/>
        </w:rPr>
        <w:t>ماده</w:t>
      </w:r>
      <w:r w:rsidRPr="0088687A">
        <w:rPr>
          <w:rFonts w:cs="B Nazanin"/>
          <w:sz w:val="34"/>
          <w:szCs w:val="32"/>
          <w:rtl/>
          <w:lang w:bidi="fa-IR"/>
        </w:rPr>
        <w:t xml:space="preserve"> ۲۷ </w:t>
      </w:r>
      <w:r w:rsidRPr="0088687A">
        <w:rPr>
          <w:rFonts w:cs="B Nazanin" w:hint="eastAsia"/>
          <w:sz w:val="34"/>
          <w:szCs w:val="32"/>
          <w:rtl/>
          <w:lang w:bidi="fa-IR"/>
        </w:rPr>
        <w:t>قانون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کار،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مصوب</w:t>
      </w:r>
      <w:r w:rsidRPr="0088687A">
        <w:rPr>
          <w:rFonts w:cs="B Nazanin"/>
          <w:sz w:val="34"/>
          <w:szCs w:val="32"/>
          <w:rtl/>
          <w:lang w:bidi="fa-IR"/>
        </w:rPr>
        <w:t xml:space="preserve"> ۱۵/۱۰/۱۳۸۸</w:t>
      </w:r>
      <w:r w:rsidRPr="0088687A">
        <w:rPr>
          <w:rFonts w:cs="B Nazanin" w:hint="eastAsia"/>
          <w:sz w:val="34"/>
          <w:szCs w:val="32"/>
          <w:rtl/>
          <w:lang w:bidi="fa-IR"/>
        </w:rPr>
        <w:t>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تدو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ن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شده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است</w:t>
      </w:r>
      <w:r w:rsidRPr="0088687A">
        <w:rPr>
          <w:rFonts w:cs="B Nazanin"/>
          <w:sz w:val="34"/>
          <w:szCs w:val="32"/>
          <w:rtl/>
          <w:lang w:bidi="fa-IR"/>
        </w:rPr>
        <w:t>.</w:t>
      </w:r>
    </w:p>
    <w:p w14:paraId="25D7759E" w14:textId="0E3C7F63" w:rsidR="0088687A" w:rsidRPr="0088687A" w:rsidRDefault="0088687A" w:rsidP="0088687A">
      <w:pPr>
        <w:bidi/>
        <w:rPr>
          <w:rFonts w:cs="B Nazanin"/>
          <w:sz w:val="34"/>
          <w:szCs w:val="32"/>
          <w:lang w:bidi="fa-IR"/>
        </w:rPr>
      </w:pPr>
      <w:r w:rsidRPr="0088687A">
        <w:rPr>
          <w:rFonts w:cs="B Nazanin" w:hint="eastAsia"/>
          <w:b/>
          <w:bCs/>
          <w:sz w:val="34"/>
          <w:szCs w:val="32"/>
          <w:rtl/>
          <w:lang w:bidi="fa-IR"/>
        </w:rPr>
        <w:t>فصل</w:t>
      </w:r>
      <w:r w:rsidRPr="0088687A">
        <w:rPr>
          <w:rFonts w:cs="B Nazanin"/>
          <w:b/>
          <w:bCs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b/>
          <w:bCs/>
          <w:sz w:val="34"/>
          <w:szCs w:val="32"/>
          <w:rtl/>
          <w:lang w:bidi="fa-IR"/>
        </w:rPr>
        <w:t>اول</w:t>
      </w:r>
      <w:r w:rsidRPr="0088687A">
        <w:rPr>
          <w:rFonts w:cs="B Nazanin"/>
          <w:b/>
          <w:bCs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b/>
          <w:bCs/>
          <w:sz w:val="34"/>
          <w:szCs w:val="32"/>
          <w:rtl/>
          <w:lang w:bidi="fa-IR"/>
        </w:rPr>
        <w:t>ـ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کم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ته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انضباط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کار</w:t>
      </w:r>
    </w:p>
    <w:p w14:paraId="4CEC7BA5" w14:textId="77777777" w:rsidR="0088687A" w:rsidRPr="0088687A" w:rsidRDefault="0088687A" w:rsidP="0088687A">
      <w:pPr>
        <w:bidi/>
        <w:rPr>
          <w:rFonts w:cs="B Nazanin"/>
          <w:sz w:val="34"/>
          <w:szCs w:val="32"/>
          <w:lang w:bidi="fa-IR"/>
        </w:rPr>
      </w:pPr>
      <w:r w:rsidRPr="0088687A">
        <w:rPr>
          <w:rFonts w:cs="B Nazanin" w:hint="eastAsia"/>
          <w:b/>
          <w:bCs/>
          <w:sz w:val="34"/>
          <w:szCs w:val="32"/>
          <w:rtl/>
          <w:lang w:bidi="fa-IR"/>
        </w:rPr>
        <w:t>فصل</w:t>
      </w:r>
      <w:r w:rsidRPr="0088687A">
        <w:rPr>
          <w:rFonts w:cs="B Nazanin"/>
          <w:b/>
          <w:bCs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b/>
          <w:bCs/>
          <w:sz w:val="34"/>
          <w:szCs w:val="32"/>
          <w:rtl/>
          <w:lang w:bidi="fa-IR"/>
        </w:rPr>
        <w:t>دوم</w:t>
      </w:r>
      <w:r w:rsidRPr="0088687A">
        <w:rPr>
          <w:rFonts w:cs="B Nazanin"/>
          <w:b/>
          <w:bCs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b/>
          <w:bCs/>
          <w:sz w:val="34"/>
          <w:szCs w:val="32"/>
          <w:rtl/>
          <w:lang w:bidi="fa-IR"/>
        </w:rPr>
        <w:t>ـ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تخلفات</w:t>
      </w:r>
    </w:p>
    <w:p w14:paraId="27504B79" w14:textId="77777777" w:rsidR="0088687A" w:rsidRPr="0088687A" w:rsidRDefault="0088687A" w:rsidP="0088687A">
      <w:pPr>
        <w:bidi/>
        <w:rPr>
          <w:rFonts w:cs="B Nazanin"/>
          <w:sz w:val="34"/>
          <w:szCs w:val="32"/>
          <w:lang w:bidi="fa-IR"/>
        </w:rPr>
      </w:pPr>
      <w:r w:rsidRPr="0088687A">
        <w:rPr>
          <w:rFonts w:cs="B Nazanin" w:hint="eastAsia"/>
          <w:b/>
          <w:bCs/>
          <w:sz w:val="34"/>
          <w:szCs w:val="32"/>
          <w:rtl/>
          <w:lang w:bidi="fa-IR"/>
        </w:rPr>
        <w:t>فصل</w:t>
      </w:r>
      <w:r w:rsidRPr="0088687A">
        <w:rPr>
          <w:rFonts w:cs="B Nazanin"/>
          <w:b/>
          <w:bCs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b/>
          <w:bCs/>
          <w:sz w:val="34"/>
          <w:szCs w:val="32"/>
          <w:rtl/>
          <w:lang w:bidi="fa-IR"/>
        </w:rPr>
        <w:t>سوم</w:t>
      </w:r>
      <w:r w:rsidRPr="0088687A">
        <w:rPr>
          <w:rFonts w:cs="B Nazanin"/>
          <w:b/>
          <w:bCs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b/>
          <w:bCs/>
          <w:sz w:val="34"/>
          <w:szCs w:val="32"/>
          <w:rtl/>
          <w:lang w:bidi="fa-IR"/>
        </w:rPr>
        <w:t>ـ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تنب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هات</w:t>
      </w:r>
    </w:p>
    <w:p w14:paraId="4E6C3553" w14:textId="77777777" w:rsidR="0088687A" w:rsidRPr="0088687A" w:rsidRDefault="0088687A" w:rsidP="0088687A">
      <w:pPr>
        <w:bidi/>
        <w:rPr>
          <w:rFonts w:cs="B Nazanin"/>
          <w:sz w:val="34"/>
          <w:szCs w:val="32"/>
          <w:lang w:bidi="fa-IR"/>
        </w:rPr>
      </w:pPr>
      <w:r w:rsidRPr="0088687A">
        <w:rPr>
          <w:rFonts w:cs="B Nazanin" w:hint="eastAsia"/>
          <w:b/>
          <w:bCs/>
          <w:sz w:val="34"/>
          <w:szCs w:val="32"/>
          <w:rtl/>
          <w:lang w:bidi="fa-IR"/>
        </w:rPr>
        <w:t>فصل</w:t>
      </w:r>
      <w:r w:rsidRPr="0088687A">
        <w:rPr>
          <w:rFonts w:cs="B Nazanin"/>
          <w:b/>
          <w:bCs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b/>
          <w:bCs/>
          <w:sz w:val="34"/>
          <w:szCs w:val="32"/>
          <w:rtl/>
          <w:lang w:bidi="fa-IR"/>
        </w:rPr>
        <w:t>چهارم</w:t>
      </w:r>
      <w:r w:rsidRPr="0088687A">
        <w:rPr>
          <w:rFonts w:cs="B Nazanin"/>
          <w:b/>
          <w:bCs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b/>
          <w:bCs/>
          <w:sz w:val="34"/>
          <w:szCs w:val="32"/>
          <w:rtl/>
          <w:lang w:bidi="fa-IR"/>
        </w:rPr>
        <w:t>ـ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رس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دگ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</w:p>
    <w:p w14:paraId="28469F39" w14:textId="5A7CD41E" w:rsidR="0088687A" w:rsidRPr="0088687A" w:rsidRDefault="0088687A" w:rsidP="0088687A">
      <w:pPr>
        <w:bidi/>
        <w:rPr>
          <w:rFonts w:cs="B Nazanin"/>
          <w:sz w:val="34"/>
          <w:szCs w:val="32"/>
          <w:lang w:bidi="fa-IR"/>
        </w:rPr>
      </w:pPr>
      <w:r w:rsidRPr="0088687A">
        <w:rPr>
          <w:rFonts w:cs="B Nazanin" w:hint="eastAsia"/>
          <w:b/>
          <w:bCs/>
          <w:sz w:val="34"/>
          <w:szCs w:val="32"/>
          <w:rtl/>
          <w:lang w:bidi="fa-IR"/>
        </w:rPr>
        <w:t>فصل</w:t>
      </w:r>
      <w:r w:rsidRPr="0088687A">
        <w:rPr>
          <w:rFonts w:cs="B Nazanin"/>
          <w:b/>
          <w:bCs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b/>
          <w:bCs/>
          <w:sz w:val="34"/>
          <w:szCs w:val="32"/>
          <w:rtl/>
          <w:lang w:bidi="fa-IR"/>
        </w:rPr>
        <w:t>پنجم</w:t>
      </w:r>
      <w:r w:rsidRPr="0088687A">
        <w:rPr>
          <w:rFonts w:cs="B Nazanin"/>
          <w:b/>
          <w:bCs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b/>
          <w:bCs/>
          <w:sz w:val="34"/>
          <w:szCs w:val="32"/>
          <w:rtl/>
          <w:lang w:bidi="fa-IR"/>
        </w:rPr>
        <w:t>ـ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اتخاذ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تصم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م،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ابلاغ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و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اج</w:t>
      </w:r>
      <w:r>
        <w:rPr>
          <w:rFonts w:cs="B Nazanin" w:hint="eastAsia"/>
          <w:sz w:val="34"/>
          <w:szCs w:val="32"/>
          <w:rtl/>
          <w:lang w:bidi="fa-IR"/>
        </w:rPr>
        <w:t>رای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تصم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م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کم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ته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انضباط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کار</w:t>
      </w:r>
    </w:p>
    <w:p w14:paraId="38572107" w14:textId="77777777" w:rsidR="0088687A" w:rsidRPr="0088687A" w:rsidRDefault="0088687A" w:rsidP="0088687A">
      <w:pPr>
        <w:bidi/>
        <w:rPr>
          <w:rFonts w:cs="B Nazanin"/>
          <w:sz w:val="34"/>
          <w:szCs w:val="32"/>
          <w:lang w:bidi="fa-IR"/>
        </w:rPr>
      </w:pPr>
      <w:r w:rsidRPr="002151FF">
        <w:rPr>
          <w:rFonts w:cs="B Nazanin" w:hint="eastAsia"/>
          <w:b/>
          <w:bCs/>
          <w:sz w:val="34"/>
          <w:szCs w:val="32"/>
          <w:rtl/>
          <w:lang w:bidi="fa-IR"/>
        </w:rPr>
        <w:lastRenderedPageBreak/>
        <w:t>فصل</w:t>
      </w:r>
      <w:r w:rsidRPr="002151FF">
        <w:rPr>
          <w:rFonts w:cs="B Nazanin"/>
          <w:b/>
          <w:bCs/>
          <w:sz w:val="34"/>
          <w:szCs w:val="32"/>
          <w:rtl/>
          <w:lang w:bidi="fa-IR"/>
        </w:rPr>
        <w:t xml:space="preserve"> </w:t>
      </w:r>
      <w:r w:rsidRPr="002151FF">
        <w:rPr>
          <w:rFonts w:cs="B Nazanin" w:hint="eastAsia"/>
          <w:b/>
          <w:bCs/>
          <w:sz w:val="34"/>
          <w:szCs w:val="32"/>
          <w:rtl/>
          <w:lang w:bidi="fa-IR"/>
        </w:rPr>
        <w:t>ششم</w:t>
      </w:r>
      <w:r w:rsidRPr="002151FF">
        <w:rPr>
          <w:rFonts w:cs="B Nazanin"/>
          <w:b/>
          <w:bCs/>
          <w:sz w:val="34"/>
          <w:szCs w:val="32"/>
          <w:rtl/>
          <w:lang w:bidi="fa-IR"/>
        </w:rPr>
        <w:t xml:space="preserve"> </w:t>
      </w:r>
      <w:r w:rsidRPr="002151FF">
        <w:rPr>
          <w:rFonts w:cs="B Nazanin" w:hint="eastAsia"/>
          <w:b/>
          <w:bCs/>
          <w:sz w:val="34"/>
          <w:szCs w:val="32"/>
          <w:rtl/>
          <w:lang w:bidi="fa-IR"/>
        </w:rPr>
        <w:t>ـ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سا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ر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مقررات</w:t>
      </w:r>
    </w:p>
    <w:p w14:paraId="019AE2C9" w14:textId="77777777" w:rsidR="0088687A" w:rsidRPr="0088687A" w:rsidRDefault="0088687A" w:rsidP="0088687A">
      <w:pPr>
        <w:bidi/>
        <w:rPr>
          <w:rFonts w:cs="B Titr"/>
          <w:sz w:val="34"/>
          <w:szCs w:val="32"/>
          <w:lang w:bidi="fa-IR"/>
        </w:rPr>
      </w:pPr>
      <w:r w:rsidRPr="0088687A">
        <w:rPr>
          <w:rFonts w:cs="B Titr" w:hint="eastAsia"/>
          <w:sz w:val="34"/>
          <w:szCs w:val="32"/>
          <w:rtl/>
          <w:lang w:bidi="fa-IR"/>
        </w:rPr>
        <w:t>مقدمه</w:t>
      </w:r>
    </w:p>
    <w:p w14:paraId="2DFAF94F" w14:textId="652C0366" w:rsidR="0088687A" w:rsidRPr="0088687A" w:rsidRDefault="0088687A" w:rsidP="0088687A">
      <w:pPr>
        <w:bidi/>
        <w:rPr>
          <w:rFonts w:cs="B Nazanin"/>
          <w:sz w:val="34"/>
          <w:szCs w:val="32"/>
          <w:lang w:bidi="fa-IR"/>
        </w:rPr>
      </w:pPr>
      <w:r w:rsidRPr="0088687A">
        <w:rPr>
          <w:rFonts w:cs="B Nazanin" w:hint="eastAsia"/>
          <w:sz w:val="34"/>
          <w:szCs w:val="32"/>
          <w:rtl/>
          <w:lang w:bidi="fa-IR"/>
        </w:rPr>
        <w:t>شرکت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تول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د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پارس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صنعت</w:t>
      </w:r>
      <w:r w:rsidRPr="0088687A">
        <w:rPr>
          <w:rFonts w:cs="B Nazanin"/>
          <w:sz w:val="34"/>
          <w:szCs w:val="32"/>
          <w:rtl/>
          <w:lang w:bidi="fa-IR"/>
        </w:rPr>
        <w:t xml:space="preserve"> (</w:t>
      </w:r>
      <w:r w:rsidRPr="0088687A">
        <w:rPr>
          <w:rFonts w:cs="B Nazanin" w:hint="eastAsia"/>
          <w:sz w:val="34"/>
          <w:szCs w:val="32"/>
          <w:rtl/>
          <w:lang w:bidi="fa-IR"/>
        </w:rPr>
        <w:t>فرض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) </w:t>
      </w:r>
      <w:r w:rsidRPr="0088687A">
        <w:rPr>
          <w:rFonts w:cs="B Nazanin" w:hint="eastAsia"/>
          <w:sz w:val="34"/>
          <w:szCs w:val="32"/>
          <w:rtl/>
          <w:lang w:bidi="fa-IR"/>
        </w:rPr>
        <w:t>دا</w:t>
      </w:r>
      <w:r>
        <w:rPr>
          <w:rFonts w:cs="B Nazanin" w:hint="eastAsia"/>
          <w:sz w:val="34"/>
          <w:szCs w:val="32"/>
          <w:rtl/>
          <w:lang w:bidi="fa-IR"/>
        </w:rPr>
        <w:t>رای</w:t>
      </w:r>
      <w:r w:rsidRPr="0088687A">
        <w:rPr>
          <w:rFonts w:cs="B Nazanin"/>
          <w:sz w:val="34"/>
          <w:szCs w:val="32"/>
          <w:rtl/>
          <w:lang w:bidi="fa-IR"/>
        </w:rPr>
        <w:t xml:space="preserve"> ۵۰ </w:t>
      </w:r>
      <w:r w:rsidRPr="0088687A">
        <w:rPr>
          <w:rFonts w:cs="B Nazanin" w:hint="eastAsia"/>
          <w:sz w:val="34"/>
          <w:szCs w:val="32"/>
          <w:rtl/>
          <w:lang w:bidi="fa-IR"/>
        </w:rPr>
        <w:t>کارگر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در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واحدها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تول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د،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مونتاژ،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کنترل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ک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ف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ت،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انبار،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تعم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رات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و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نگهدار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ادار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و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پشت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بان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است</w:t>
      </w:r>
      <w:r w:rsidRPr="0088687A">
        <w:rPr>
          <w:rFonts w:cs="B Nazanin"/>
          <w:sz w:val="34"/>
          <w:szCs w:val="32"/>
          <w:rtl/>
          <w:lang w:bidi="fa-IR"/>
        </w:rPr>
        <w:t xml:space="preserve">. </w:t>
      </w:r>
      <w:r w:rsidRPr="0088687A">
        <w:rPr>
          <w:rFonts w:cs="B Nazanin" w:hint="eastAsia"/>
          <w:sz w:val="34"/>
          <w:szCs w:val="32"/>
          <w:rtl/>
          <w:lang w:bidi="fa-IR"/>
        </w:rPr>
        <w:t>هدف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ن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آ</w:t>
      </w:r>
      <w:r w:rsidRPr="0088687A">
        <w:rPr>
          <w:rFonts w:cs="B Nazanin" w:hint="cs"/>
          <w:sz w:val="34"/>
          <w:szCs w:val="32"/>
          <w:rtl/>
          <w:lang w:bidi="fa-IR"/>
        </w:rPr>
        <w:t>یی</w:t>
      </w:r>
      <w:r w:rsidRPr="0088687A">
        <w:rPr>
          <w:rFonts w:cs="B Nazanin" w:hint="eastAsia"/>
          <w:sz w:val="34"/>
          <w:szCs w:val="32"/>
          <w:rtl/>
          <w:lang w:bidi="fa-IR"/>
        </w:rPr>
        <w:t>ن‌نامه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حفظ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نظم،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ص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انت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از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سلامت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کارکنان،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پ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شگ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ر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از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حوادث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و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رس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دگ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منصفانه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به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تخلفات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با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رعا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ت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قانون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کار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و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مقررات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مربوط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است</w:t>
      </w:r>
      <w:r w:rsidRPr="0088687A">
        <w:rPr>
          <w:rFonts w:cs="B Nazanin"/>
          <w:sz w:val="34"/>
          <w:szCs w:val="32"/>
          <w:rtl/>
          <w:lang w:bidi="fa-IR"/>
        </w:rPr>
        <w:t>.</w:t>
      </w:r>
    </w:p>
    <w:p w14:paraId="103B1FB3" w14:textId="40036709" w:rsidR="0088687A" w:rsidRPr="0088687A" w:rsidRDefault="0088687A" w:rsidP="0088687A">
      <w:pPr>
        <w:bidi/>
        <w:rPr>
          <w:rFonts w:cs="B Nazanin"/>
          <w:sz w:val="34"/>
          <w:szCs w:val="32"/>
          <w:lang w:bidi="fa-IR"/>
        </w:rPr>
      </w:pPr>
      <w:r w:rsidRPr="0088687A">
        <w:rPr>
          <w:rFonts w:cs="B Nazanin" w:hint="eastAsia"/>
          <w:sz w:val="34"/>
          <w:szCs w:val="32"/>
          <w:rtl/>
          <w:lang w:bidi="fa-IR"/>
        </w:rPr>
        <w:t>ا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ن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آ</w:t>
      </w:r>
      <w:r w:rsidRPr="0088687A">
        <w:rPr>
          <w:rFonts w:cs="B Nazanin" w:hint="cs"/>
          <w:sz w:val="34"/>
          <w:szCs w:val="32"/>
          <w:rtl/>
          <w:lang w:bidi="fa-IR"/>
        </w:rPr>
        <w:t>یی</w:t>
      </w:r>
      <w:r w:rsidRPr="0088687A">
        <w:rPr>
          <w:rFonts w:cs="B Nazanin" w:hint="eastAsia"/>
          <w:sz w:val="34"/>
          <w:szCs w:val="32"/>
          <w:rtl/>
          <w:lang w:bidi="fa-IR"/>
        </w:rPr>
        <w:t>ن‌نامه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در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شش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فصل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و</w:t>
      </w:r>
      <w:r w:rsidRPr="0088687A">
        <w:rPr>
          <w:rFonts w:cs="B Nazanin"/>
          <w:sz w:val="34"/>
          <w:szCs w:val="32"/>
          <w:rtl/>
          <w:lang w:bidi="fa-IR"/>
        </w:rPr>
        <w:t xml:space="preserve"> ۲۷ </w:t>
      </w:r>
      <w:r w:rsidRPr="0088687A">
        <w:rPr>
          <w:rFonts w:cs="B Nazanin" w:hint="eastAsia"/>
          <w:sz w:val="34"/>
          <w:szCs w:val="32"/>
          <w:rtl/>
          <w:lang w:bidi="fa-IR"/>
        </w:rPr>
        <w:t>ماده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تدو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ن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شده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و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پس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از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ط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تشر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فات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قانون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و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>
        <w:rPr>
          <w:rFonts w:cs="B Nazanin" w:hint="eastAsia"/>
          <w:sz w:val="34"/>
          <w:szCs w:val="32"/>
          <w:rtl/>
          <w:lang w:bidi="fa-IR"/>
        </w:rPr>
        <w:t>تایید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مرجع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ذ</w:t>
      </w:r>
      <w:r w:rsidRPr="0088687A">
        <w:rPr>
          <w:rFonts w:cs="B Nazanin" w:hint="cs"/>
          <w:sz w:val="34"/>
          <w:szCs w:val="32"/>
          <w:rtl/>
          <w:lang w:bidi="fa-IR"/>
        </w:rPr>
        <w:t>ی‌</w:t>
      </w:r>
      <w:r w:rsidRPr="0088687A">
        <w:rPr>
          <w:rFonts w:cs="B Nazanin" w:hint="eastAsia"/>
          <w:sz w:val="34"/>
          <w:szCs w:val="32"/>
          <w:rtl/>
          <w:lang w:bidi="fa-IR"/>
        </w:rPr>
        <w:t>صلاح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قابل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اجرا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خواهد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بود</w:t>
      </w:r>
      <w:r w:rsidRPr="0088687A">
        <w:rPr>
          <w:rFonts w:cs="B Nazanin"/>
          <w:sz w:val="34"/>
          <w:szCs w:val="32"/>
          <w:rtl/>
          <w:lang w:bidi="fa-IR"/>
        </w:rPr>
        <w:t>.</w:t>
      </w:r>
    </w:p>
    <w:p w14:paraId="473BC665" w14:textId="77777777" w:rsidR="0088687A" w:rsidRPr="0088687A" w:rsidRDefault="0088687A" w:rsidP="0088687A">
      <w:pPr>
        <w:bidi/>
        <w:rPr>
          <w:rFonts w:cs="B Titr"/>
          <w:sz w:val="34"/>
          <w:szCs w:val="32"/>
          <w:lang w:bidi="fa-IR"/>
        </w:rPr>
      </w:pPr>
      <w:r w:rsidRPr="0088687A">
        <w:rPr>
          <w:rFonts w:cs="B Titr" w:hint="eastAsia"/>
          <w:sz w:val="34"/>
          <w:szCs w:val="32"/>
          <w:rtl/>
          <w:lang w:bidi="fa-IR"/>
        </w:rPr>
        <w:t>فصل</w:t>
      </w:r>
      <w:r w:rsidRPr="0088687A">
        <w:rPr>
          <w:rFonts w:cs="B Titr"/>
          <w:sz w:val="34"/>
          <w:szCs w:val="32"/>
          <w:rtl/>
          <w:lang w:bidi="fa-IR"/>
        </w:rPr>
        <w:t xml:space="preserve"> </w:t>
      </w:r>
      <w:r w:rsidRPr="0088687A">
        <w:rPr>
          <w:rFonts w:cs="B Titr" w:hint="eastAsia"/>
          <w:sz w:val="34"/>
          <w:szCs w:val="32"/>
          <w:rtl/>
          <w:lang w:bidi="fa-IR"/>
        </w:rPr>
        <w:t>اول</w:t>
      </w:r>
      <w:r w:rsidRPr="0088687A">
        <w:rPr>
          <w:rFonts w:cs="B Titr"/>
          <w:sz w:val="34"/>
          <w:szCs w:val="32"/>
          <w:rtl/>
          <w:lang w:bidi="fa-IR"/>
        </w:rPr>
        <w:t xml:space="preserve"> </w:t>
      </w:r>
      <w:r w:rsidRPr="0088687A">
        <w:rPr>
          <w:rFonts w:cs="B Titr" w:hint="eastAsia"/>
          <w:sz w:val="34"/>
          <w:szCs w:val="32"/>
          <w:rtl/>
          <w:lang w:bidi="fa-IR"/>
        </w:rPr>
        <w:t>ـ</w:t>
      </w:r>
      <w:r w:rsidRPr="0088687A">
        <w:rPr>
          <w:rFonts w:cs="B Titr"/>
          <w:sz w:val="34"/>
          <w:szCs w:val="32"/>
          <w:rtl/>
          <w:lang w:bidi="fa-IR"/>
        </w:rPr>
        <w:t xml:space="preserve"> </w:t>
      </w:r>
      <w:r w:rsidRPr="0088687A">
        <w:rPr>
          <w:rFonts w:cs="B Titr" w:hint="eastAsia"/>
          <w:sz w:val="34"/>
          <w:szCs w:val="32"/>
          <w:rtl/>
          <w:lang w:bidi="fa-IR"/>
        </w:rPr>
        <w:t>کم</w:t>
      </w:r>
      <w:r w:rsidRPr="0088687A">
        <w:rPr>
          <w:rFonts w:cs="B Titr" w:hint="cs"/>
          <w:sz w:val="34"/>
          <w:szCs w:val="32"/>
          <w:rtl/>
          <w:lang w:bidi="fa-IR"/>
        </w:rPr>
        <w:t>ی</w:t>
      </w:r>
      <w:r w:rsidRPr="0088687A">
        <w:rPr>
          <w:rFonts w:cs="B Titr" w:hint="eastAsia"/>
          <w:sz w:val="34"/>
          <w:szCs w:val="32"/>
          <w:rtl/>
          <w:lang w:bidi="fa-IR"/>
        </w:rPr>
        <w:t>ته</w:t>
      </w:r>
      <w:r w:rsidRPr="0088687A">
        <w:rPr>
          <w:rFonts w:cs="B Titr"/>
          <w:sz w:val="34"/>
          <w:szCs w:val="32"/>
          <w:rtl/>
          <w:lang w:bidi="fa-IR"/>
        </w:rPr>
        <w:t xml:space="preserve"> </w:t>
      </w:r>
      <w:r w:rsidRPr="0088687A">
        <w:rPr>
          <w:rFonts w:cs="B Titr" w:hint="eastAsia"/>
          <w:sz w:val="34"/>
          <w:szCs w:val="32"/>
          <w:rtl/>
          <w:lang w:bidi="fa-IR"/>
        </w:rPr>
        <w:t>انضباط</w:t>
      </w:r>
      <w:r w:rsidRPr="0088687A">
        <w:rPr>
          <w:rFonts w:cs="B Titr"/>
          <w:sz w:val="34"/>
          <w:szCs w:val="32"/>
          <w:rtl/>
          <w:lang w:bidi="fa-IR"/>
        </w:rPr>
        <w:t xml:space="preserve"> </w:t>
      </w:r>
      <w:r w:rsidRPr="0088687A">
        <w:rPr>
          <w:rFonts w:cs="B Titr" w:hint="eastAsia"/>
          <w:sz w:val="34"/>
          <w:szCs w:val="32"/>
          <w:rtl/>
          <w:lang w:bidi="fa-IR"/>
        </w:rPr>
        <w:t>کار</w:t>
      </w:r>
    </w:p>
    <w:p w14:paraId="5B36E0E7" w14:textId="44A1EE80" w:rsidR="0088687A" w:rsidRPr="0088687A" w:rsidRDefault="0088687A" w:rsidP="0088687A">
      <w:pPr>
        <w:bidi/>
        <w:rPr>
          <w:rFonts w:cs="B Nazanin"/>
          <w:sz w:val="34"/>
          <w:szCs w:val="32"/>
          <w:lang w:bidi="fa-IR"/>
        </w:rPr>
      </w:pPr>
      <w:r w:rsidRPr="0088687A">
        <w:rPr>
          <w:rFonts w:cs="B Nazanin" w:hint="eastAsia"/>
          <w:b/>
          <w:bCs/>
          <w:sz w:val="34"/>
          <w:szCs w:val="32"/>
          <w:rtl/>
          <w:lang w:bidi="fa-IR"/>
        </w:rPr>
        <w:t>ماده</w:t>
      </w:r>
      <w:r w:rsidRPr="0088687A">
        <w:rPr>
          <w:rFonts w:cs="B Nazanin"/>
          <w:b/>
          <w:bCs/>
          <w:sz w:val="34"/>
          <w:szCs w:val="32"/>
          <w:rtl/>
          <w:lang w:bidi="fa-IR"/>
        </w:rPr>
        <w:t xml:space="preserve"> 1 </w:t>
      </w:r>
      <w:r w:rsidRPr="0088687A">
        <w:rPr>
          <w:rFonts w:cs="B Nazanin" w:hint="eastAsia"/>
          <w:b/>
          <w:bCs/>
          <w:sz w:val="34"/>
          <w:szCs w:val="32"/>
          <w:rtl/>
          <w:lang w:bidi="fa-IR"/>
        </w:rPr>
        <w:t>ـ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ب</w:t>
      </w:r>
      <w:r>
        <w:rPr>
          <w:rFonts w:cs="B Nazanin" w:hint="eastAsia"/>
          <w:sz w:val="34"/>
          <w:szCs w:val="32"/>
          <w:rtl/>
          <w:lang w:bidi="fa-IR"/>
        </w:rPr>
        <w:t>رای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رس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دگ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به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تخلفات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کارگران،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کم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ته‌ا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متشکل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از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دو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نما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نده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کارفرما،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دو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نما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نده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کارگران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و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ک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نما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نده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سرپرستان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به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انتخاب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سرپرستان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تشک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ل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</w:t>
      </w:r>
      <w:r w:rsidRPr="0088687A">
        <w:rPr>
          <w:rFonts w:cs="B Nazanin" w:hint="cs"/>
          <w:sz w:val="34"/>
          <w:szCs w:val="32"/>
          <w:rtl/>
          <w:lang w:bidi="fa-IR"/>
        </w:rPr>
        <w:t>ی‌</w:t>
      </w:r>
      <w:r w:rsidRPr="0088687A">
        <w:rPr>
          <w:rFonts w:cs="B Nazanin" w:hint="eastAsia"/>
          <w:sz w:val="34"/>
          <w:szCs w:val="32"/>
          <w:rtl/>
          <w:lang w:bidi="fa-IR"/>
        </w:rPr>
        <w:t>شود</w:t>
      </w:r>
      <w:r w:rsidRPr="0088687A">
        <w:rPr>
          <w:rFonts w:cs="B Nazanin"/>
          <w:sz w:val="34"/>
          <w:szCs w:val="32"/>
          <w:rtl/>
          <w:lang w:bidi="fa-IR"/>
        </w:rPr>
        <w:t xml:space="preserve">. </w:t>
      </w:r>
      <w:r w:rsidRPr="0088687A">
        <w:rPr>
          <w:rFonts w:cs="B Nazanin" w:hint="eastAsia"/>
          <w:sz w:val="34"/>
          <w:szCs w:val="32"/>
          <w:rtl/>
          <w:lang w:bidi="fa-IR"/>
        </w:rPr>
        <w:t>تعداد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نما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ندگان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کارگر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و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کارفرما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برابر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است</w:t>
      </w:r>
      <w:r w:rsidRPr="0088687A">
        <w:rPr>
          <w:rFonts w:cs="B Nazanin"/>
          <w:sz w:val="34"/>
          <w:szCs w:val="32"/>
          <w:rtl/>
          <w:lang w:bidi="fa-IR"/>
        </w:rPr>
        <w:t xml:space="preserve">. </w:t>
      </w:r>
      <w:r w:rsidRPr="0088687A">
        <w:rPr>
          <w:rFonts w:cs="B Nazanin" w:hint="eastAsia"/>
          <w:sz w:val="34"/>
          <w:szCs w:val="32"/>
          <w:rtl/>
          <w:lang w:bidi="fa-IR"/>
        </w:rPr>
        <w:t>منظور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از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سرپرست،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کارگر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است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که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مسئول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ت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اداره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دست‌کم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ک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کارگر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را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بر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عهده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دارد</w:t>
      </w:r>
      <w:r w:rsidRPr="0088687A">
        <w:rPr>
          <w:rFonts w:cs="B Nazanin"/>
          <w:sz w:val="34"/>
          <w:szCs w:val="32"/>
          <w:rtl/>
          <w:lang w:bidi="fa-IR"/>
        </w:rPr>
        <w:t xml:space="preserve">. </w:t>
      </w:r>
      <w:r w:rsidRPr="0088687A">
        <w:rPr>
          <w:rFonts w:cs="B Nazanin" w:hint="eastAsia"/>
          <w:sz w:val="34"/>
          <w:szCs w:val="32"/>
          <w:rtl/>
          <w:lang w:bidi="fa-IR"/>
        </w:rPr>
        <w:t>هم‌زمان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با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انتخاب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نما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ندگان،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ب</w:t>
      </w:r>
      <w:r>
        <w:rPr>
          <w:rFonts w:cs="B Nazanin" w:hint="eastAsia"/>
          <w:sz w:val="34"/>
          <w:szCs w:val="32"/>
          <w:rtl/>
          <w:lang w:bidi="fa-IR"/>
        </w:rPr>
        <w:t>رای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هر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گروه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اعضا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عل</w:t>
      </w:r>
      <w:r w:rsidRPr="0088687A">
        <w:rPr>
          <w:rFonts w:cs="B Nazanin" w:hint="cs"/>
          <w:sz w:val="34"/>
          <w:szCs w:val="32"/>
          <w:rtl/>
          <w:lang w:bidi="fa-IR"/>
        </w:rPr>
        <w:t>ی‌</w:t>
      </w:r>
      <w:r w:rsidRPr="0088687A">
        <w:rPr>
          <w:rFonts w:cs="B Nazanin" w:hint="eastAsia"/>
          <w:sz w:val="34"/>
          <w:szCs w:val="32"/>
          <w:rtl/>
          <w:lang w:bidi="fa-IR"/>
        </w:rPr>
        <w:t>البدل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متناسب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ن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ز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تع</w:t>
      </w:r>
      <w:r w:rsidRPr="0088687A">
        <w:rPr>
          <w:rFonts w:cs="B Nazanin" w:hint="cs"/>
          <w:sz w:val="34"/>
          <w:szCs w:val="32"/>
          <w:rtl/>
          <w:lang w:bidi="fa-IR"/>
        </w:rPr>
        <w:t>یی</w:t>
      </w:r>
      <w:r w:rsidRPr="0088687A">
        <w:rPr>
          <w:rFonts w:cs="B Nazanin" w:hint="eastAsia"/>
          <w:sz w:val="34"/>
          <w:szCs w:val="32"/>
          <w:rtl/>
          <w:lang w:bidi="fa-IR"/>
        </w:rPr>
        <w:t>ن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</w:t>
      </w:r>
      <w:r w:rsidRPr="0088687A">
        <w:rPr>
          <w:rFonts w:cs="B Nazanin" w:hint="cs"/>
          <w:sz w:val="34"/>
          <w:szCs w:val="32"/>
          <w:rtl/>
          <w:lang w:bidi="fa-IR"/>
        </w:rPr>
        <w:t>ی‌</w:t>
      </w:r>
      <w:r w:rsidRPr="0088687A">
        <w:rPr>
          <w:rFonts w:cs="B Nazanin" w:hint="eastAsia"/>
          <w:sz w:val="34"/>
          <w:szCs w:val="32"/>
          <w:rtl/>
          <w:lang w:bidi="fa-IR"/>
        </w:rPr>
        <w:t>شوند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تا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در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صورت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قطع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رابطه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عضو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اصل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ب</w:t>
      </w:r>
      <w:r>
        <w:rPr>
          <w:rFonts w:cs="B Nazanin" w:hint="eastAsia"/>
          <w:sz w:val="34"/>
          <w:szCs w:val="32"/>
          <w:rtl/>
          <w:lang w:bidi="fa-IR"/>
        </w:rPr>
        <w:t>رای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باق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مانده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دوره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جا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گز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ن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شوند</w:t>
      </w:r>
      <w:r w:rsidRPr="0088687A">
        <w:rPr>
          <w:rFonts w:cs="B Nazanin"/>
          <w:sz w:val="34"/>
          <w:szCs w:val="32"/>
          <w:rtl/>
          <w:lang w:bidi="fa-IR"/>
        </w:rPr>
        <w:t>.</w:t>
      </w:r>
    </w:p>
    <w:p w14:paraId="635ED5BB" w14:textId="33A6C954" w:rsidR="0088687A" w:rsidRPr="0088687A" w:rsidRDefault="0088687A" w:rsidP="0088687A">
      <w:pPr>
        <w:bidi/>
        <w:rPr>
          <w:rFonts w:cs="B Nazanin"/>
          <w:sz w:val="34"/>
          <w:szCs w:val="32"/>
          <w:lang w:bidi="fa-IR"/>
        </w:rPr>
      </w:pPr>
      <w:r w:rsidRPr="0088687A">
        <w:rPr>
          <w:rFonts w:cs="B Nazanin" w:hint="eastAsia"/>
          <w:b/>
          <w:bCs/>
          <w:sz w:val="34"/>
          <w:szCs w:val="32"/>
          <w:rtl/>
          <w:lang w:bidi="fa-IR"/>
        </w:rPr>
        <w:t>ماده</w:t>
      </w:r>
      <w:r w:rsidRPr="0088687A">
        <w:rPr>
          <w:rFonts w:cs="B Nazanin"/>
          <w:b/>
          <w:bCs/>
          <w:sz w:val="34"/>
          <w:szCs w:val="32"/>
          <w:rtl/>
          <w:lang w:bidi="fa-IR"/>
        </w:rPr>
        <w:t xml:space="preserve"> 2 </w:t>
      </w:r>
      <w:r w:rsidRPr="0088687A">
        <w:rPr>
          <w:rFonts w:cs="B Nazanin" w:hint="eastAsia"/>
          <w:b/>
          <w:bCs/>
          <w:sz w:val="34"/>
          <w:szCs w:val="32"/>
          <w:rtl/>
          <w:lang w:bidi="fa-IR"/>
        </w:rPr>
        <w:t>ـ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مدت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عضو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ت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اعضا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کم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ته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دو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سال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است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و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انتخاب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مجدد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آنان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بلامانع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است</w:t>
      </w:r>
      <w:r w:rsidRPr="0088687A">
        <w:rPr>
          <w:rFonts w:cs="B Nazanin"/>
          <w:sz w:val="34"/>
          <w:szCs w:val="32"/>
          <w:rtl/>
          <w:lang w:bidi="fa-IR"/>
        </w:rPr>
        <w:t xml:space="preserve">. </w:t>
      </w:r>
      <w:r w:rsidRPr="0088687A">
        <w:rPr>
          <w:rFonts w:cs="B Nazanin" w:hint="eastAsia"/>
          <w:sz w:val="34"/>
          <w:szCs w:val="32"/>
          <w:rtl/>
          <w:lang w:bidi="fa-IR"/>
        </w:rPr>
        <w:t>ا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ن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مدت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ب</w:t>
      </w:r>
      <w:r>
        <w:rPr>
          <w:rFonts w:cs="B Nazanin" w:hint="eastAsia"/>
          <w:sz w:val="34"/>
          <w:szCs w:val="32"/>
          <w:rtl/>
          <w:lang w:bidi="fa-IR"/>
        </w:rPr>
        <w:t>رای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کارگاه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فرض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پ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شنهاد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شده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و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با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د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در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ف</w:t>
      </w:r>
      <w:r>
        <w:rPr>
          <w:rFonts w:cs="B Nazanin" w:hint="eastAsia"/>
          <w:sz w:val="34"/>
          <w:szCs w:val="32"/>
          <w:rtl/>
          <w:lang w:bidi="fa-IR"/>
        </w:rPr>
        <w:t>رای</w:t>
      </w:r>
      <w:r w:rsidRPr="0088687A">
        <w:rPr>
          <w:rFonts w:cs="B Nazanin" w:hint="eastAsia"/>
          <w:sz w:val="34"/>
          <w:szCs w:val="32"/>
          <w:rtl/>
          <w:lang w:bidi="fa-IR"/>
        </w:rPr>
        <w:t>ند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>
        <w:rPr>
          <w:rFonts w:cs="B Nazanin" w:hint="eastAsia"/>
          <w:sz w:val="34"/>
          <w:szCs w:val="32"/>
          <w:rtl/>
          <w:lang w:bidi="fa-IR"/>
        </w:rPr>
        <w:t>تایید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بررس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شود</w:t>
      </w:r>
      <w:r w:rsidRPr="0088687A">
        <w:rPr>
          <w:rFonts w:cs="B Nazanin"/>
          <w:sz w:val="34"/>
          <w:szCs w:val="32"/>
          <w:rtl/>
          <w:lang w:bidi="fa-IR"/>
        </w:rPr>
        <w:t>.</w:t>
      </w:r>
    </w:p>
    <w:p w14:paraId="483A62A4" w14:textId="6026032E" w:rsidR="0088687A" w:rsidRPr="0088687A" w:rsidRDefault="0088687A" w:rsidP="0088687A">
      <w:pPr>
        <w:bidi/>
        <w:rPr>
          <w:rFonts w:cs="B Nazanin"/>
          <w:sz w:val="34"/>
          <w:szCs w:val="32"/>
          <w:lang w:bidi="fa-IR"/>
        </w:rPr>
      </w:pPr>
      <w:r w:rsidRPr="0088687A">
        <w:rPr>
          <w:rFonts w:cs="B Nazanin" w:hint="eastAsia"/>
          <w:b/>
          <w:bCs/>
          <w:sz w:val="34"/>
          <w:szCs w:val="32"/>
          <w:rtl/>
          <w:lang w:bidi="fa-IR"/>
        </w:rPr>
        <w:t>ماده</w:t>
      </w:r>
      <w:r w:rsidRPr="0088687A">
        <w:rPr>
          <w:rFonts w:cs="B Nazanin"/>
          <w:b/>
          <w:bCs/>
          <w:sz w:val="34"/>
          <w:szCs w:val="32"/>
          <w:rtl/>
          <w:lang w:bidi="fa-IR"/>
        </w:rPr>
        <w:t xml:space="preserve"> 3 </w:t>
      </w:r>
      <w:r w:rsidRPr="0088687A">
        <w:rPr>
          <w:rFonts w:cs="B Nazanin" w:hint="eastAsia"/>
          <w:b/>
          <w:bCs/>
          <w:sz w:val="34"/>
          <w:szCs w:val="32"/>
          <w:rtl/>
          <w:lang w:bidi="fa-IR"/>
        </w:rPr>
        <w:t>ـ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جلسات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کم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ته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با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حضور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دست‌کم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چهار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عضو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از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پنج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عضو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رسم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ت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</w:t>
      </w:r>
      <w:r w:rsidRPr="0088687A">
        <w:rPr>
          <w:rFonts w:cs="B Nazanin" w:hint="cs"/>
          <w:sz w:val="34"/>
          <w:szCs w:val="32"/>
          <w:rtl/>
          <w:lang w:bidi="fa-IR"/>
        </w:rPr>
        <w:t>ی‌ی</w:t>
      </w:r>
      <w:r w:rsidRPr="0088687A">
        <w:rPr>
          <w:rFonts w:cs="B Nazanin" w:hint="eastAsia"/>
          <w:sz w:val="34"/>
          <w:szCs w:val="32"/>
          <w:rtl/>
          <w:lang w:bidi="fa-IR"/>
        </w:rPr>
        <w:t>ابد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و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تصم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مات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با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>
        <w:rPr>
          <w:rFonts w:cs="B Nazanin" w:hint="eastAsia"/>
          <w:sz w:val="34"/>
          <w:szCs w:val="32"/>
          <w:rtl/>
          <w:lang w:bidi="fa-IR"/>
        </w:rPr>
        <w:t>رای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اکثر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ت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اعضا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حاضر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اتخاذ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</w:t>
      </w:r>
      <w:r w:rsidRPr="0088687A">
        <w:rPr>
          <w:rFonts w:cs="B Nazanin" w:hint="cs"/>
          <w:sz w:val="34"/>
          <w:szCs w:val="32"/>
          <w:rtl/>
          <w:lang w:bidi="fa-IR"/>
        </w:rPr>
        <w:t>ی‌</w:t>
      </w:r>
      <w:r w:rsidRPr="0088687A">
        <w:rPr>
          <w:rFonts w:cs="B Nazanin" w:hint="eastAsia"/>
          <w:sz w:val="34"/>
          <w:szCs w:val="32"/>
          <w:rtl/>
          <w:lang w:bidi="fa-IR"/>
        </w:rPr>
        <w:t>شود</w:t>
      </w:r>
      <w:r w:rsidRPr="0088687A">
        <w:rPr>
          <w:rFonts w:cs="B Nazanin"/>
          <w:sz w:val="34"/>
          <w:szCs w:val="32"/>
          <w:rtl/>
          <w:lang w:bidi="fa-IR"/>
        </w:rPr>
        <w:t xml:space="preserve">. </w:t>
      </w:r>
      <w:r w:rsidRPr="0088687A">
        <w:rPr>
          <w:rFonts w:cs="B Nazanin" w:hint="eastAsia"/>
          <w:sz w:val="34"/>
          <w:szCs w:val="32"/>
          <w:rtl/>
          <w:lang w:bidi="fa-IR"/>
        </w:rPr>
        <w:t>چنانچه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به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علت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غ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بت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اعضا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دو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جلسه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متوال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رسم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ت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ن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ابد،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کارگر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ا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کارفرما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ذ</w:t>
      </w:r>
      <w:r w:rsidRPr="0088687A">
        <w:rPr>
          <w:rFonts w:cs="B Nazanin" w:hint="cs"/>
          <w:sz w:val="34"/>
          <w:szCs w:val="32"/>
          <w:rtl/>
          <w:lang w:bidi="fa-IR"/>
        </w:rPr>
        <w:t>ی‌</w:t>
      </w:r>
      <w:r w:rsidRPr="0088687A">
        <w:rPr>
          <w:rFonts w:cs="B Nazanin" w:hint="eastAsia"/>
          <w:sz w:val="34"/>
          <w:szCs w:val="32"/>
          <w:rtl/>
          <w:lang w:bidi="fa-IR"/>
        </w:rPr>
        <w:t>نفع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</w:t>
      </w:r>
      <w:r w:rsidRPr="0088687A">
        <w:rPr>
          <w:rFonts w:cs="B Nazanin" w:hint="cs"/>
          <w:sz w:val="34"/>
          <w:szCs w:val="32"/>
          <w:rtl/>
          <w:lang w:bidi="fa-IR"/>
        </w:rPr>
        <w:t>ی‌</w:t>
      </w:r>
      <w:r w:rsidRPr="0088687A">
        <w:rPr>
          <w:rFonts w:cs="B Nazanin" w:hint="eastAsia"/>
          <w:sz w:val="34"/>
          <w:szCs w:val="32"/>
          <w:rtl/>
          <w:lang w:bidi="fa-IR"/>
        </w:rPr>
        <w:t>تواند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موضوع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را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مستق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ماً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در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مراجع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حل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اختلاف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کار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مطرح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کند</w:t>
      </w:r>
      <w:r w:rsidRPr="0088687A">
        <w:rPr>
          <w:rFonts w:cs="B Nazanin"/>
          <w:sz w:val="34"/>
          <w:szCs w:val="32"/>
          <w:rtl/>
          <w:lang w:bidi="fa-IR"/>
        </w:rPr>
        <w:t xml:space="preserve">. </w:t>
      </w:r>
      <w:r w:rsidRPr="0088687A">
        <w:rPr>
          <w:rFonts w:cs="B Nazanin" w:hint="eastAsia"/>
          <w:sz w:val="34"/>
          <w:szCs w:val="32"/>
          <w:rtl/>
          <w:lang w:bidi="fa-IR"/>
        </w:rPr>
        <w:t>حد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نصاب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پ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شنهاد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ن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ماده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تابع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>
        <w:rPr>
          <w:rFonts w:cs="B Nazanin" w:hint="eastAsia"/>
          <w:sz w:val="34"/>
          <w:szCs w:val="32"/>
          <w:rtl/>
          <w:lang w:bidi="fa-IR"/>
        </w:rPr>
        <w:t>تایید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مرجع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ذ</w:t>
      </w:r>
      <w:r w:rsidRPr="0088687A">
        <w:rPr>
          <w:rFonts w:cs="B Nazanin" w:hint="cs"/>
          <w:sz w:val="34"/>
          <w:szCs w:val="32"/>
          <w:rtl/>
          <w:lang w:bidi="fa-IR"/>
        </w:rPr>
        <w:t>ی‌</w:t>
      </w:r>
      <w:r w:rsidRPr="0088687A">
        <w:rPr>
          <w:rFonts w:cs="B Nazanin" w:hint="eastAsia"/>
          <w:sz w:val="34"/>
          <w:szCs w:val="32"/>
          <w:rtl/>
          <w:lang w:bidi="fa-IR"/>
        </w:rPr>
        <w:t>صلاح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است</w:t>
      </w:r>
      <w:r w:rsidRPr="0088687A">
        <w:rPr>
          <w:rFonts w:cs="B Nazanin"/>
          <w:sz w:val="34"/>
          <w:szCs w:val="32"/>
          <w:rtl/>
          <w:lang w:bidi="fa-IR"/>
        </w:rPr>
        <w:t>.</w:t>
      </w:r>
    </w:p>
    <w:p w14:paraId="02E70326" w14:textId="77777777" w:rsidR="0088687A" w:rsidRPr="0088687A" w:rsidRDefault="0088687A" w:rsidP="0088687A">
      <w:pPr>
        <w:bidi/>
        <w:rPr>
          <w:rFonts w:cs="B Nazanin"/>
          <w:sz w:val="34"/>
          <w:szCs w:val="32"/>
          <w:lang w:bidi="fa-IR"/>
        </w:rPr>
      </w:pPr>
      <w:r w:rsidRPr="0088687A">
        <w:rPr>
          <w:rFonts w:cs="B Nazanin" w:hint="eastAsia"/>
          <w:b/>
          <w:bCs/>
          <w:sz w:val="34"/>
          <w:szCs w:val="32"/>
          <w:rtl/>
          <w:lang w:bidi="fa-IR"/>
        </w:rPr>
        <w:lastRenderedPageBreak/>
        <w:t>ماده</w:t>
      </w:r>
      <w:r w:rsidRPr="0088687A">
        <w:rPr>
          <w:rFonts w:cs="B Nazanin"/>
          <w:b/>
          <w:bCs/>
          <w:sz w:val="34"/>
          <w:szCs w:val="32"/>
          <w:rtl/>
          <w:lang w:bidi="fa-IR"/>
        </w:rPr>
        <w:t xml:space="preserve"> 4 </w:t>
      </w:r>
      <w:r w:rsidRPr="0088687A">
        <w:rPr>
          <w:rFonts w:cs="B Nazanin" w:hint="eastAsia"/>
          <w:b/>
          <w:bCs/>
          <w:sz w:val="34"/>
          <w:szCs w:val="32"/>
          <w:rtl/>
          <w:lang w:bidi="fa-IR"/>
        </w:rPr>
        <w:t>ـ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کم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ته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در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نخست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ن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جلسه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از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ان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اعضا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رئ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س،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نا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ب‌رئ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س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و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دب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ر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انتخاب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</w:t>
      </w:r>
      <w:r w:rsidRPr="0088687A">
        <w:rPr>
          <w:rFonts w:cs="B Nazanin" w:hint="cs"/>
          <w:sz w:val="34"/>
          <w:szCs w:val="32"/>
          <w:rtl/>
          <w:lang w:bidi="fa-IR"/>
        </w:rPr>
        <w:t>ی‌</w:t>
      </w:r>
      <w:r w:rsidRPr="0088687A">
        <w:rPr>
          <w:rFonts w:cs="B Nazanin" w:hint="eastAsia"/>
          <w:sz w:val="34"/>
          <w:szCs w:val="32"/>
          <w:rtl/>
          <w:lang w:bidi="fa-IR"/>
        </w:rPr>
        <w:t>کند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و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مشخصات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اعضا،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سمت‌ها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و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موجود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ت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خود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را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به‌صورت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کتب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به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واحد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تعاون،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کار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و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رفاه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اجتماع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محل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اعلام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</w:t>
      </w:r>
      <w:r w:rsidRPr="0088687A">
        <w:rPr>
          <w:rFonts w:cs="B Nazanin" w:hint="cs"/>
          <w:sz w:val="34"/>
          <w:szCs w:val="32"/>
          <w:rtl/>
          <w:lang w:bidi="fa-IR"/>
        </w:rPr>
        <w:t>ی‌</w:t>
      </w:r>
      <w:r w:rsidRPr="0088687A">
        <w:rPr>
          <w:rFonts w:cs="B Nazanin" w:hint="eastAsia"/>
          <w:sz w:val="34"/>
          <w:szCs w:val="32"/>
          <w:rtl/>
          <w:lang w:bidi="fa-IR"/>
        </w:rPr>
        <w:t>کند</w:t>
      </w:r>
      <w:r w:rsidRPr="0088687A">
        <w:rPr>
          <w:rFonts w:cs="B Nazanin"/>
          <w:sz w:val="34"/>
          <w:szCs w:val="32"/>
          <w:rtl/>
          <w:lang w:bidi="fa-IR"/>
        </w:rPr>
        <w:t>.</w:t>
      </w:r>
    </w:p>
    <w:p w14:paraId="73708CE9" w14:textId="7076C877" w:rsidR="0088687A" w:rsidRPr="0088687A" w:rsidRDefault="0088687A" w:rsidP="0088687A">
      <w:pPr>
        <w:bidi/>
        <w:rPr>
          <w:rFonts w:cs="B Nazanin"/>
          <w:sz w:val="34"/>
          <w:szCs w:val="32"/>
          <w:lang w:bidi="fa-IR"/>
        </w:rPr>
      </w:pPr>
      <w:r w:rsidRPr="0088687A">
        <w:rPr>
          <w:rFonts w:cs="B Nazanin" w:hint="eastAsia"/>
          <w:b/>
          <w:bCs/>
          <w:sz w:val="34"/>
          <w:szCs w:val="32"/>
          <w:rtl/>
          <w:lang w:bidi="fa-IR"/>
        </w:rPr>
        <w:t>ماده</w:t>
      </w:r>
      <w:r w:rsidRPr="0088687A">
        <w:rPr>
          <w:rFonts w:cs="B Nazanin"/>
          <w:b/>
          <w:bCs/>
          <w:sz w:val="34"/>
          <w:szCs w:val="32"/>
          <w:rtl/>
          <w:lang w:bidi="fa-IR"/>
        </w:rPr>
        <w:t xml:space="preserve"> 5 </w:t>
      </w:r>
      <w:r w:rsidRPr="0088687A">
        <w:rPr>
          <w:rFonts w:cs="B Nazanin" w:hint="eastAsia"/>
          <w:b/>
          <w:bCs/>
          <w:sz w:val="34"/>
          <w:szCs w:val="32"/>
          <w:rtl/>
          <w:lang w:bidi="fa-IR"/>
        </w:rPr>
        <w:t>ـ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ش</w:t>
      </w:r>
      <w:r>
        <w:rPr>
          <w:rFonts w:cs="B Nazanin" w:hint="eastAsia"/>
          <w:sz w:val="34"/>
          <w:szCs w:val="32"/>
          <w:rtl/>
          <w:lang w:bidi="fa-IR"/>
        </w:rPr>
        <w:t>رای</w:t>
      </w:r>
      <w:r w:rsidRPr="0088687A">
        <w:rPr>
          <w:rFonts w:cs="B Nazanin" w:hint="eastAsia"/>
          <w:sz w:val="34"/>
          <w:szCs w:val="32"/>
          <w:rtl/>
          <w:lang w:bidi="fa-IR"/>
        </w:rPr>
        <w:t>ط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عضو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ت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اعضا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با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د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با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مقررات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لازم‌الاجرا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سازگار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باشد</w:t>
      </w:r>
      <w:r w:rsidRPr="0088687A">
        <w:rPr>
          <w:rFonts w:cs="B Nazanin"/>
          <w:sz w:val="34"/>
          <w:szCs w:val="32"/>
          <w:rtl/>
          <w:lang w:bidi="fa-IR"/>
        </w:rPr>
        <w:t xml:space="preserve">. </w:t>
      </w:r>
      <w:r w:rsidRPr="0088687A">
        <w:rPr>
          <w:rFonts w:cs="B Nazanin" w:hint="eastAsia"/>
          <w:sz w:val="34"/>
          <w:szCs w:val="32"/>
          <w:rtl/>
          <w:lang w:bidi="fa-IR"/>
        </w:rPr>
        <w:t>ب</w:t>
      </w:r>
      <w:r>
        <w:rPr>
          <w:rFonts w:cs="B Nazanin" w:hint="eastAsia"/>
          <w:sz w:val="34"/>
          <w:szCs w:val="32"/>
          <w:rtl/>
          <w:lang w:bidi="fa-IR"/>
        </w:rPr>
        <w:t>رای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ن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کارگاه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فرض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حداقل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د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پلم،</w:t>
      </w:r>
      <w:r w:rsidRPr="0088687A">
        <w:rPr>
          <w:rFonts w:cs="B Nazanin"/>
          <w:sz w:val="34"/>
          <w:szCs w:val="32"/>
          <w:rtl/>
          <w:lang w:bidi="fa-IR"/>
        </w:rPr>
        <w:t xml:space="preserve"> ۲۱ </w:t>
      </w:r>
      <w:r w:rsidRPr="0088687A">
        <w:rPr>
          <w:rFonts w:cs="B Nazanin" w:hint="eastAsia"/>
          <w:sz w:val="34"/>
          <w:szCs w:val="32"/>
          <w:rtl/>
          <w:lang w:bidi="fa-IR"/>
        </w:rPr>
        <w:t>سال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سن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و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ک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سال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سابقه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کار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پ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شنهاد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</w:t>
      </w:r>
      <w:r w:rsidRPr="0088687A">
        <w:rPr>
          <w:rFonts w:cs="B Nazanin" w:hint="cs"/>
          <w:sz w:val="34"/>
          <w:szCs w:val="32"/>
          <w:rtl/>
          <w:lang w:bidi="fa-IR"/>
        </w:rPr>
        <w:t>ی‌</w:t>
      </w:r>
      <w:r w:rsidRPr="0088687A">
        <w:rPr>
          <w:rFonts w:cs="B Nazanin" w:hint="eastAsia"/>
          <w:sz w:val="34"/>
          <w:szCs w:val="32"/>
          <w:rtl/>
          <w:lang w:bidi="fa-IR"/>
        </w:rPr>
        <w:t>شود؛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اعمال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ن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ش</w:t>
      </w:r>
      <w:r>
        <w:rPr>
          <w:rFonts w:cs="B Nazanin" w:hint="eastAsia"/>
          <w:sz w:val="34"/>
          <w:szCs w:val="32"/>
          <w:rtl/>
          <w:lang w:bidi="fa-IR"/>
        </w:rPr>
        <w:t>رای</w:t>
      </w:r>
      <w:r w:rsidRPr="0088687A">
        <w:rPr>
          <w:rFonts w:cs="B Nazanin" w:hint="eastAsia"/>
          <w:sz w:val="34"/>
          <w:szCs w:val="32"/>
          <w:rtl/>
          <w:lang w:bidi="fa-IR"/>
        </w:rPr>
        <w:t>ط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پس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از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بررس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قانون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و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>
        <w:rPr>
          <w:rFonts w:cs="B Nazanin" w:hint="eastAsia"/>
          <w:sz w:val="34"/>
          <w:szCs w:val="32"/>
          <w:rtl/>
          <w:lang w:bidi="fa-IR"/>
        </w:rPr>
        <w:t>تایید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مجاز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است</w:t>
      </w:r>
      <w:r w:rsidRPr="0088687A">
        <w:rPr>
          <w:rFonts w:cs="B Nazanin"/>
          <w:sz w:val="34"/>
          <w:szCs w:val="32"/>
          <w:rtl/>
          <w:lang w:bidi="fa-IR"/>
        </w:rPr>
        <w:t xml:space="preserve">. 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ک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از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نما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ندگان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کارفرما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با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د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با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مسائل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حقوق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آشنا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باشد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و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ترج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حاً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تحص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لات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حقوق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داشته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باشد</w:t>
      </w:r>
      <w:r w:rsidRPr="0088687A">
        <w:rPr>
          <w:rFonts w:cs="B Nazanin"/>
          <w:sz w:val="34"/>
          <w:szCs w:val="32"/>
          <w:rtl/>
          <w:lang w:bidi="fa-IR"/>
        </w:rPr>
        <w:t xml:space="preserve">. </w:t>
      </w:r>
      <w:r w:rsidRPr="0088687A">
        <w:rPr>
          <w:rFonts w:cs="B Nazanin" w:hint="eastAsia"/>
          <w:sz w:val="34"/>
          <w:szCs w:val="32"/>
          <w:rtl/>
          <w:lang w:bidi="fa-IR"/>
        </w:rPr>
        <w:t>ش</w:t>
      </w:r>
      <w:r>
        <w:rPr>
          <w:rFonts w:cs="B Nazanin" w:hint="eastAsia"/>
          <w:sz w:val="34"/>
          <w:szCs w:val="32"/>
          <w:rtl/>
          <w:lang w:bidi="fa-IR"/>
        </w:rPr>
        <w:t>رای</w:t>
      </w:r>
      <w:r w:rsidRPr="0088687A">
        <w:rPr>
          <w:rFonts w:cs="B Nazanin" w:hint="eastAsia"/>
          <w:sz w:val="34"/>
          <w:szCs w:val="32"/>
          <w:rtl/>
          <w:lang w:bidi="fa-IR"/>
        </w:rPr>
        <w:t>ط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د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گر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مندرج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در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نمونه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رسم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ن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ز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در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مرحله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>
        <w:rPr>
          <w:rFonts w:cs="B Nazanin" w:hint="eastAsia"/>
          <w:sz w:val="34"/>
          <w:szCs w:val="32"/>
          <w:rtl/>
          <w:lang w:bidi="fa-IR"/>
        </w:rPr>
        <w:t>تایید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بررس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</w:t>
      </w:r>
      <w:r w:rsidRPr="0088687A">
        <w:rPr>
          <w:rFonts w:cs="B Nazanin" w:hint="cs"/>
          <w:sz w:val="34"/>
          <w:szCs w:val="32"/>
          <w:rtl/>
          <w:lang w:bidi="fa-IR"/>
        </w:rPr>
        <w:t>ی‌</w:t>
      </w:r>
      <w:r w:rsidRPr="0088687A">
        <w:rPr>
          <w:rFonts w:cs="B Nazanin" w:hint="eastAsia"/>
          <w:sz w:val="34"/>
          <w:szCs w:val="32"/>
          <w:rtl/>
          <w:lang w:bidi="fa-IR"/>
        </w:rPr>
        <w:t>شود</w:t>
      </w:r>
      <w:r w:rsidRPr="0088687A">
        <w:rPr>
          <w:rFonts w:cs="B Nazanin"/>
          <w:sz w:val="34"/>
          <w:szCs w:val="32"/>
          <w:rtl/>
          <w:lang w:bidi="fa-IR"/>
        </w:rPr>
        <w:t>.</w:t>
      </w:r>
    </w:p>
    <w:p w14:paraId="3FDACB1F" w14:textId="77777777" w:rsidR="0088687A" w:rsidRPr="0088687A" w:rsidRDefault="0088687A" w:rsidP="0088687A">
      <w:pPr>
        <w:bidi/>
        <w:rPr>
          <w:rFonts w:cs="B Nazanin"/>
          <w:sz w:val="34"/>
          <w:szCs w:val="32"/>
          <w:lang w:bidi="fa-IR"/>
        </w:rPr>
      </w:pPr>
      <w:r w:rsidRPr="0088687A">
        <w:rPr>
          <w:rFonts w:cs="B Nazanin" w:hint="eastAsia"/>
          <w:b/>
          <w:bCs/>
          <w:sz w:val="34"/>
          <w:szCs w:val="32"/>
          <w:rtl/>
          <w:lang w:bidi="fa-IR"/>
        </w:rPr>
        <w:t>ماده</w:t>
      </w:r>
      <w:r w:rsidRPr="0088687A">
        <w:rPr>
          <w:rFonts w:cs="B Nazanin"/>
          <w:b/>
          <w:bCs/>
          <w:sz w:val="34"/>
          <w:szCs w:val="32"/>
          <w:rtl/>
          <w:lang w:bidi="fa-IR"/>
        </w:rPr>
        <w:t xml:space="preserve"> 6 </w:t>
      </w:r>
      <w:r w:rsidRPr="0088687A">
        <w:rPr>
          <w:rFonts w:cs="B Nazanin" w:hint="eastAsia"/>
          <w:b/>
          <w:bCs/>
          <w:sz w:val="34"/>
          <w:szCs w:val="32"/>
          <w:rtl/>
          <w:lang w:bidi="fa-IR"/>
        </w:rPr>
        <w:t>ـ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عضو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ت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و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انجام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وظ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فه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در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کم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ته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با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حفظ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سمت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شغل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است</w:t>
      </w:r>
      <w:r w:rsidRPr="0088687A">
        <w:rPr>
          <w:rFonts w:cs="B Nazanin"/>
          <w:sz w:val="34"/>
          <w:szCs w:val="32"/>
          <w:rtl/>
          <w:lang w:bidi="fa-IR"/>
        </w:rPr>
        <w:t>.</w:t>
      </w:r>
    </w:p>
    <w:p w14:paraId="47AF3436" w14:textId="78595751" w:rsidR="0088687A" w:rsidRPr="0088687A" w:rsidRDefault="0088687A" w:rsidP="0088687A">
      <w:pPr>
        <w:bidi/>
        <w:rPr>
          <w:rFonts w:cs="B Nazanin"/>
          <w:sz w:val="34"/>
          <w:szCs w:val="32"/>
          <w:lang w:bidi="fa-IR"/>
        </w:rPr>
      </w:pPr>
      <w:r w:rsidRPr="0088687A">
        <w:rPr>
          <w:rFonts w:cs="B Nazanin" w:hint="eastAsia"/>
          <w:b/>
          <w:bCs/>
          <w:sz w:val="34"/>
          <w:szCs w:val="32"/>
          <w:rtl/>
          <w:lang w:bidi="fa-IR"/>
        </w:rPr>
        <w:t>ماده</w:t>
      </w:r>
      <w:r w:rsidRPr="0088687A">
        <w:rPr>
          <w:rFonts w:cs="B Nazanin"/>
          <w:b/>
          <w:bCs/>
          <w:sz w:val="34"/>
          <w:szCs w:val="32"/>
          <w:rtl/>
          <w:lang w:bidi="fa-IR"/>
        </w:rPr>
        <w:t xml:space="preserve"> 7 </w:t>
      </w:r>
      <w:r w:rsidRPr="0088687A">
        <w:rPr>
          <w:rFonts w:cs="B Nazanin" w:hint="eastAsia"/>
          <w:b/>
          <w:bCs/>
          <w:sz w:val="34"/>
          <w:szCs w:val="32"/>
          <w:rtl/>
          <w:lang w:bidi="fa-IR"/>
        </w:rPr>
        <w:t>ـ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تصم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مات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کم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ته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در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شش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نسخه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تنظ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م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</w:t>
      </w:r>
      <w:r w:rsidRPr="0088687A">
        <w:rPr>
          <w:rFonts w:cs="B Nazanin" w:hint="cs"/>
          <w:sz w:val="34"/>
          <w:szCs w:val="32"/>
          <w:rtl/>
          <w:lang w:bidi="fa-IR"/>
        </w:rPr>
        <w:t>ی‌</w:t>
      </w:r>
      <w:r w:rsidRPr="0088687A">
        <w:rPr>
          <w:rFonts w:cs="B Nazanin" w:hint="eastAsia"/>
          <w:sz w:val="34"/>
          <w:szCs w:val="32"/>
          <w:rtl/>
          <w:lang w:bidi="fa-IR"/>
        </w:rPr>
        <w:t>شود</w:t>
      </w:r>
      <w:r w:rsidRPr="0088687A">
        <w:rPr>
          <w:rFonts w:cs="B Nazanin"/>
          <w:sz w:val="34"/>
          <w:szCs w:val="32"/>
          <w:rtl/>
          <w:lang w:bidi="fa-IR"/>
        </w:rPr>
        <w:t xml:space="preserve">: </w:t>
      </w:r>
      <w:r w:rsidRPr="0088687A">
        <w:rPr>
          <w:rFonts w:cs="B Nazanin" w:hint="eastAsia"/>
          <w:sz w:val="34"/>
          <w:szCs w:val="32"/>
          <w:rtl/>
          <w:lang w:bidi="fa-IR"/>
        </w:rPr>
        <w:t>ب</w:t>
      </w:r>
      <w:r>
        <w:rPr>
          <w:rFonts w:cs="B Nazanin" w:hint="eastAsia"/>
          <w:sz w:val="34"/>
          <w:szCs w:val="32"/>
          <w:rtl/>
          <w:lang w:bidi="fa-IR"/>
        </w:rPr>
        <w:t>رای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کارگر،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کارفرما،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تشکل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کارگر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در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صورت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وجود،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با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گان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کم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ته،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پرونده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استخدام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کارگر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و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اداره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تعاون،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کار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و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رفاه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اجتماع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محل</w:t>
      </w:r>
      <w:r w:rsidRPr="0088687A">
        <w:rPr>
          <w:rFonts w:cs="B Nazanin"/>
          <w:sz w:val="34"/>
          <w:szCs w:val="32"/>
          <w:rtl/>
          <w:lang w:bidi="fa-IR"/>
        </w:rPr>
        <w:t>.</w:t>
      </w:r>
    </w:p>
    <w:p w14:paraId="2772CE31" w14:textId="77777777" w:rsidR="0088687A" w:rsidRPr="0088687A" w:rsidRDefault="0088687A" w:rsidP="0088687A">
      <w:pPr>
        <w:bidi/>
        <w:rPr>
          <w:rFonts w:cs="B Titr"/>
          <w:sz w:val="34"/>
          <w:szCs w:val="32"/>
          <w:lang w:bidi="fa-IR"/>
        </w:rPr>
      </w:pPr>
      <w:r w:rsidRPr="0088687A">
        <w:rPr>
          <w:rFonts w:cs="B Titr" w:hint="eastAsia"/>
          <w:sz w:val="34"/>
          <w:szCs w:val="32"/>
          <w:rtl/>
          <w:lang w:bidi="fa-IR"/>
        </w:rPr>
        <w:t>فصل</w:t>
      </w:r>
      <w:r w:rsidRPr="0088687A">
        <w:rPr>
          <w:rFonts w:cs="B Titr"/>
          <w:sz w:val="34"/>
          <w:szCs w:val="32"/>
          <w:rtl/>
          <w:lang w:bidi="fa-IR"/>
        </w:rPr>
        <w:t xml:space="preserve"> </w:t>
      </w:r>
      <w:r w:rsidRPr="0088687A">
        <w:rPr>
          <w:rFonts w:cs="B Titr" w:hint="eastAsia"/>
          <w:sz w:val="34"/>
          <w:szCs w:val="32"/>
          <w:rtl/>
          <w:lang w:bidi="fa-IR"/>
        </w:rPr>
        <w:t>دوم</w:t>
      </w:r>
      <w:r w:rsidRPr="0088687A">
        <w:rPr>
          <w:rFonts w:cs="B Titr"/>
          <w:sz w:val="34"/>
          <w:szCs w:val="32"/>
          <w:rtl/>
          <w:lang w:bidi="fa-IR"/>
        </w:rPr>
        <w:t xml:space="preserve"> </w:t>
      </w:r>
      <w:r w:rsidRPr="0088687A">
        <w:rPr>
          <w:rFonts w:cs="B Titr" w:hint="eastAsia"/>
          <w:sz w:val="34"/>
          <w:szCs w:val="32"/>
          <w:rtl/>
          <w:lang w:bidi="fa-IR"/>
        </w:rPr>
        <w:t>ـ</w:t>
      </w:r>
      <w:r w:rsidRPr="0088687A">
        <w:rPr>
          <w:rFonts w:cs="B Titr"/>
          <w:sz w:val="34"/>
          <w:szCs w:val="32"/>
          <w:rtl/>
          <w:lang w:bidi="fa-IR"/>
        </w:rPr>
        <w:t xml:space="preserve"> </w:t>
      </w:r>
      <w:r w:rsidRPr="0088687A">
        <w:rPr>
          <w:rFonts w:cs="B Titr" w:hint="eastAsia"/>
          <w:sz w:val="34"/>
          <w:szCs w:val="32"/>
          <w:rtl/>
          <w:lang w:bidi="fa-IR"/>
        </w:rPr>
        <w:t>تخلفات</w:t>
      </w:r>
    </w:p>
    <w:p w14:paraId="7A5CE7B8" w14:textId="0A603DAC" w:rsidR="0088687A" w:rsidRPr="0088687A" w:rsidRDefault="0088687A" w:rsidP="0088687A">
      <w:pPr>
        <w:bidi/>
        <w:rPr>
          <w:rFonts w:cs="B Nazanin"/>
          <w:sz w:val="34"/>
          <w:szCs w:val="32"/>
          <w:lang w:bidi="fa-IR"/>
        </w:rPr>
      </w:pPr>
      <w:r w:rsidRPr="0088687A">
        <w:rPr>
          <w:rFonts w:cs="B Nazanin" w:hint="eastAsia"/>
          <w:b/>
          <w:bCs/>
          <w:sz w:val="34"/>
          <w:szCs w:val="32"/>
          <w:rtl/>
          <w:lang w:bidi="fa-IR"/>
        </w:rPr>
        <w:t>ماده</w:t>
      </w:r>
      <w:r w:rsidRPr="0088687A">
        <w:rPr>
          <w:rFonts w:cs="B Nazanin"/>
          <w:b/>
          <w:bCs/>
          <w:sz w:val="34"/>
          <w:szCs w:val="32"/>
          <w:rtl/>
          <w:lang w:bidi="fa-IR"/>
        </w:rPr>
        <w:t xml:space="preserve"> 8 </w:t>
      </w:r>
      <w:r w:rsidRPr="0088687A">
        <w:rPr>
          <w:rFonts w:cs="B Nazanin" w:hint="eastAsia"/>
          <w:b/>
          <w:bCs/>
          <w:sz w:val="34"/>
          <w:szCs w:val="32"/>
          <w:rtl/>
          <w:lang w:bidi="fa-IR"/>
        </w:rPr>
        <w:t>ـ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تخلفات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متناسب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با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مح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ط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تول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د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ن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شرکت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در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چهار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طبقه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ز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ر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پ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شنهاد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</w:t>
      </w:r>
      <w:r w:rsidRPr="0088687A">
        <w:rPr>
          <w:rFonts w:cs="B Nazanin" w:hint="cs"/>
          <w:sz w:val="34"/>
          <w:szCs w:val="32"/>
          <w:rtl/>
          <w:lang w:bidi="fa-IR"/>
        </w:rPr>
        <w:t>ی‌</w:t>
      </w:r>
      <w:r w:rsidRPr="0088687A">
        <w:rPr>
          <w:rFonts w:cs="B Nazanin" w:hint="eastAsia"/>
          <w:sz w:val="34"/>
          <w:szCs w:val="32"/>
          <w:rtl/>
          <w:lang w:bidi="fa-IR"/>
        </w:rPr>
        <w:t>شود</w:t>
      </w:r>
      <w:r w:rsidRPr="0088687A">
        <w:rPr>
          <w:rFonts w:cs="B Nazanin"/>
          <w:sz w:val="34"/>
          <w:szCs w:val="32"/>
          <w:rtl/>
          <w:lang w:bidi="fa-IR"/>
        </w:rPr>
        <w:t xml:space="preserve">. </w:t>
      </w:r>
      <w:r w:rsidRPr="0088687A">
        <w:rPr>
          <w:rFonts w:cs="B Nazanin" w:hint="eastAsia"/>
          <w:sz w:val="34"/>
          <w:szCs w:val="32"/>
          <w:rtl/>
          <w:lang w:bidi="fa-IR"/>
        </w:rPr>
        <w:t>احراز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هر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تخلف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ن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ازمند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بررس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ش</w:t>
      </w:r>
      <w:r>
        <w:rPr>
          <w:rFonts w:cs="B Nazanin" w:hint="eastAsia"/>
          <w:sz w:val="34"/>
          <w:szCs w:val="32"/>
          <w:rtl/>
          <w:lang w:bidi="fa-IR"/>
        </w:rPr>
        <w:t>رای</w:t>
      </w:r>
      <w:r w:rsidRPr="0088687A">
        <w:rPr>
          <w:rFonts w:cs="B Nazanin" w:hint="eastAsia"/>
          <w:sz w:val="34"/>
          <w:szCs w:val="32"/>
          <w:rtl/>
          <w:lang w:bidi="fa-IR"/>
        </w:rPr>
        <w:t>ط،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اسناد،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دفاع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ات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و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رعا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ت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تناسب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تصم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م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است</w:t>
      </w:r>
      <w:r w:rsidRPr="0088687A">
        <w:rPr>
          <w:rFonts w:cs="B Nazanin"/>
          <w:sz w:val="34"/>
          <w:szCs w:val="32"/>
          <w:rtl/>
          <w:lang w:bidi="fa-IR"/>
        </w:rPr>
        <w:t xml:space="preserve">. </w:t>
      </w:r>
      <w:r w:rsidRPr="0088687A">
        <w:rPr>
          <w:rFonts w:cs="B Nazanin" w:hint="eastAsia"/>
          <w:sz w:val="34"/>
          <w:szCs w:val="32"/>
          <w:rtl/>
          <w:lang w:bidi="fa-IR"/>
        </w:rPr>
        <w:t>مصاد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ق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اختصاص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و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طبقه‌بند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آن‌ها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پ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ش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از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اجرا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با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د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به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>
        <w:rPr>
          <w:rFonts w:cs="B Nazanin" w:hint="eastAsia"/>
          <w:sz w:val="34"/>
          <w:szCs w:val="32"/>
          <w:rtl/>
          <w:lang w:bidi="fa-IR"/>
        </w:rPr>
        <w:t>تایید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مرجع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ذ</w:t>
      </w:r>
      <w:r w:rsidRPr="0088687A">
        <w:rPr>
          <w:rFonts w:cs="B Nazanin" w:hint="cs"/>
          <w:sz w:val="34"/>
          <w:szCs w:val="32"/>
          <w:rtl/>
          <w:lang w:bidi="fa-IR"/>
        </w:rPr>
        <w:t>ی‌</w:t>
      </w:r>
      <w:r w:rsidRPr="0088687A">
        <w:rPr>
          <w:rFonts w:cs="B Nazanin" w:hint="eastAsia"/>
          <w:sz w:val="34"/>
          <w:szCs w:val="32"/>
          <w:rtl/>
          <w:lang w:bidi="fa-IR"/>
        </w:rPr>
        <w:t>صلاح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برسند</w:t>
      </w:r>
      <w:r w:rsidRPr="0088687A">
        <w:rPr>
          <w:rFonts w:cs="B Nazanin"/>
          <w:sz w:val="34"/>
          <w:szCs w:val="32"/>
          <w:rtl/>
          <w:lang w:bidi="fa-IR"/>
        </w:rPr>
        <w:t>.</w:t>
      </w:r>
    </w:p>
    <w:p w14:paraId="59326757" w14:textId="30B13C8C" w:rsidR="0088687A" w:rsidRPr="0088687A" w:rsidRDefault="0088687A" w:rsidP="0088687A">
      <w:pPr>
        <w:bidi/>
        <w:rPr>
          <w:rFonts w:cs="B Nazanin"/>
          <w:sz w:val="34"/>
          <w:szCs w:val="32"/>
          <w:lang w:bidi="fa-IR"/>
        </w:rPr>
      </w:pPr>
      <w:r w:rsidRPr="0088687A">
        <w:rPr>
          <w:rFonts w:cs="B Nazanin" w:hint="eastAsia"/>
          <w:b/>
          <w:bCs/>
          <w:sz w:val="34"/>
          <w:szCs w:val="32"/>
          <w:rtl/>
          <w:lang w:bidi="fa-IR"/>
        </w:rPr>
        <w:t>الف</w:t>
      </w:r>
      <w:r w:rsidRPr="0088687A">
        <w:rPr>
          <w:rFonts w:cs="B Nazanin"/>
          <w:b/>
          <w:bCs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b/>
          <w:bCs/>
          <w:sz w:val="34"/>
          <w:szCs w:val="32"/>
          <w:rtl/>
          <w:lang w:bidi="fa-IR"/>
        </w:rPr>
        <w:t>ـ</w:t>
      </w:r>
      <w:r w:rsidRPr="0088687A">
        <w:rPr>
          <w:rFonts w:cs="B Nazanin"/>
          <w:b/>
          <w:bCs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b/>
          <w:bCs/>
          <w:sz w:val="34"/>
          <w:szCs w:val="32"/>
          <w:rtl/>
          <w:lang w:bidi="fa-IR"/>
        </w:rPr>
        <w:t>طبقه</w:t>
      </w:r>
      <w:r w:rsidRPr="0088687A">
        <w:rPr>
          <w:rFonts w:cs="B Nazanin"/>
          <w:b/>
          <w:bCs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b/>
          <w:bCs/>
          <w:sz w:val="34"/>
          <w:szCs w:val="32"/>
          <w:rtl/>
          <w:lang w:bidi="fa-IR"/>
        </w:rPr>
        <w:t>اول</w:t>
      </w:r>
      <w:r w:rsidRPr="0088687A">
        <w:rPr>
          <w:rFonts w:cs="B Nazanin"/>
          <w:b/>
          <w:bCs/>
          <w:sz w:val="34"/>
          <w:szCs w:val="32"/>
          <w:rtl/>
          <w:lang w:bidi="fa-IR"/>
        </w:rPr>
        <w:t>:</w:t>
      </w:r>
      <w:r w:rsidRPr="0088687A">
        <w:rPr>
          <w:rFonts w:cs="B Nazanin"/>
          <w:sz w:val="34"/>
          <w:szCs w:val="32"/>
          <w:rtl/>
          <w:lang w:bidi="fa-IR"/>
        </w:rPr>
        <w:t xml:space="preserve"> ۱. </w:t>
      </w:r>
      <w:r w:rsidRPr="0088687A">
        <w:rPr>
          <w:rFonts w:cs="B Nazanin" w:hint="eastAsia"/>
          <w:sz w:val="34"/>
          <w:szCs w:val="32"/>
          <w:rtl/>
          <w:lang w:bidi="fa-IR"/>
        </w:rPr>
        <w:t>کم‌کار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ا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سهل‌انگار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غ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رعمد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در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وظا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ف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محوله؛</w:t>
      </w:r>
      <w:r w:rsidRPr="0088687A">
        <w:rPr>
          <w:rFonts w:cs="B Nazanin"/>
          <w:sz w:val="34"/>
          <w:szCs w:val="32"/>
          <w:rtl/>
          <w:lang w:bidi="fa-IR"/>
        </w:rPr>
        <w:t xml:space="preserve"> ۲. </w:t>
      </w:r>
      <w:r w:rsidRPr="0088687A">
        <w:rPr>
          <w:rFonts w:cs="B Nazanin" w:hint="eastAsia"/>
          <w:sz w:val="34"/>
          <w:szCs w:val="32"/>
          <w:rtl/>
          <w:lang w:bidi="fa-IR"/>
        </w:rPr>
        <w:t>ترک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محل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خدمت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در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ساعات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موظف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بدون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هماهنگ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؛</w:t>
      </w:r>
      <w:r w:rsidRPr="0088687A">
        <w:rPr>
          <w:rFonts w:cs="B Nazanin"/>
          <w:sz w:val="34"/>
          <w:szCs w:val="32"/>
          <w:rtl/>
          <w:lang w:bidi="fa-IR"/>
        </w:rPr>
        <w:t xml:space="preserve"> ۳. </w:t>
      </w:r>
      <w:r>
        <w:rPr>
          <w:rFonts w:cs="B Nazanin" w:hint="eastAsia"/>
          <w:sz w:val="34"/>
          <w:szCs w:val="32"/>
          <w:rtl/>
          <w:lang w:bidi="fa-IR"/>
        </w:rPr>
        <w:t>تاخیر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در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تکم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ل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فرم‌ها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معمول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تول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د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و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گزارش‌ها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ش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فت؛</w:t>
      </w:r>
      <w:r w:rsidRPr="0088687A">
        <w:rPr>
          <w:rFonts w:cs="B Nazanin"/>
          <w:sz w:val="34"/>
          <w:szCs w:val="32"/>
          <w:rtl/>
          <w:lang w:bidi="fa-IR"/>
        </w:rPr>
        <w:t xml:space="preserve"> ۴. </w:t>
      </w:r>
      <w:r w:rsidRPr="0088687A">
        <w:rPr>
          <w:rFonts w:cs="B Nazanin" w:hint="eastAsia"/>
          <w:sz w:val="34"/>
          <w:szCs w:val="32"/>
          <w:rtl/>
          <w:lang w:bidi="fa-IR"/>
        </w:rPr>
        <w:t>استعمال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دخان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ات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در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محل‌ها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ممنوع؛</w:t>
      </w:r>
      <w:r w:rsidRPr="0088687A">
        <w:rPr>
          <w:rFonts w:cs="B Nazanin"/>
          <w:sz w:val="34"/>
          <w:szCs w:val="32"/>
          <w:rtl/>
          <w:lang w:bidi="fa-IR"/>
        </w:rPr>
        <w:t xml:space="preserve"> ۵. </w:t>
      </w:r>
      <w:r w:rsidRPr="0088687A">
        <w:rPr>
          <w:rFonts w:cs="B Nazanin" w:hint="eastAsia"/>
          <w:sz w:val="34"/>
          <w:szCs w:val="32"/>
          <w:rtl/>
          <w:lang w:bidi="fa-IR"/>
        </w:rPr>
        <w:t>ب</w:t>
      </w:r>
      <w:r w:rsidRPr="0088687A">
        <w:rPr>
          <w:rFonts w:cs="B Nazanin" w:hint="cs"/>
          <w:sz w:val="34"/>
          <w:szCs w:val="32"/>
          <w:rtl/>
          <w:lang w:bidi="fa-IR"/>
        </w:rPr>
        <w:t>ی‌</w:t>
      </w:r>
      <w:r w:rsidRPr="0088687A">
        <w:rPr>
          <w:rFonts w:cs="B Nazanin" w:hint="eastAsia"/>
          <w:sz w:val="34"/>
          <w:szCs w:val="32"/>
          <w:rtl/>
          <w:lang w:bidi="fa-IR"/>
        </w:rPr>
        <w:t>توجه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به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نظم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و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نظافت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ستگاه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کار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؛</w:t>
      </w:r>
      <w:r w:rsidRPr="0088687A">
        <w:rPr>
          <w:rFonts w:cs="B Nazanin"/>
          <w:sz w:val="34"/>
          <w:szCs w:val="32"/>
          <w:rtl/>
          <w:lang w:bidi="fa-IR"/>
        </w:rPr>
        <w:t xml:space="preserve"> ۶. </w:t>
      </w:r>
      <w:r w:rsidRPr="0088687A">
        <w:rPr>
          <w:rFonts w:cs="B Nazanin" w:hint="eastAsia"/>
          <w:sz w:val="34"/>
          <w:szCs w:val="32"/>
          <w:rtl/>
          <w:lang w:bidi="fa-IR"/>
        </w:rPr>
        <w:t>غ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بت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غ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رموجه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در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دوره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آموزش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ابلاغ‌شده</w:t>
      </w:r>
      <w:r w:rsidRPr="0088687A">
        <w:rPr>
          <w:rFonts w:cs="B Nazanin"/>
          <w:sz w:val="34"/>
          <w:szCs w:val="32"/>
          <w:rtl/>
          <w:lang w:bidi="fa-IR"/>
        </w:rPr>
        <w:t>.</w:t>
      </w:r>
    </w:p>
    <w:p w14:paraId="7DB36B37" w14:textId="77777777" w:rsidR="0088687A" w:rsidRPr="0088687A" w:rsidRDefault="0088687A" w:rsidP="0088687A">
      <w:pPr>
        <w:bidi/>
        <w:rPr>
          <w:rFonts w:cs="B Nazanin"/>
          <w:sz w:val="34"/>
          <w:szCs w:val="32"/>
          <w:lang w:bidi="fa-IR"/>
        </w:rPr>
      </w:pPr>
      <w:r w:rsidRPr="0088687A">
        <w:rPr>
          <w:rFonts w:cs="B Nazanin" w:hint="eastAsia"/>
          <w:b/>
          <w:bCs/>
          <w:sz w:val="34"/>
          <w:szCs w:val="32"/>
          <w:rtl/>
          <w:lang w:bidi="fa-IR"/>
        </w:rPr>
        <w:t>ب</w:t>
      </w:r>
      <w:r w:rsidRPr="0088687A">
        <w:rPr>
          <w:rFonts w:cs="B Nazanin"/>
          <w:b/>
          <w:bCs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b/>
          <w:bCs/>
          <w:sz w:val="34"/>
          <w:szCs w:val="32"/>
          <w:rtl/>
          <w:lang w:bidi="fa-IR"/>
        </w:rPr>
        <w:t>ـ</w:t>
      </w:r>
      <w:r w:rsidRPr="0088687A">
        <w:rPr>
          <w:rFonts w:cs="B Nazanin"/>
          <w:b/>
          <w:bCs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b/>
          <w:bCs/>
          <w:sz w:val="34"/>
          <w:szCs w:val="32"/>
          <w:rtl/>
          <w:lang w:bidi="fa-IR"/>
        </w:rPr>
        <w:t>طبقه</w:t>
      </w:r>
      <w:r w:rsidRPr="0088687A">
        <w:rPr>
          <w:rFonts w:cs="B Nazanin"/>
          <w:b/>
          <w:bCs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b/>
          <w:bCs/>
          <w:sz w:val="34"/>
          <w:szCs w:val="32"/>
          <w:rtl/>
          <w:lang w:bidi="fa-IR"/>
        </w:rPr>
        <w:t>دوم</w:t>
      </w:r>
      <w:r w:rsidRPr="0088687A">
        <w:rPr>
          <w:rFonts w:cs="B Nazanin"/>
          <w:b/>
          <w:bCs/>
          <w:sz w:val="34"/>
          <w:szCs w:val="32"/>
          <w:rtl/>
          <w:lang w:bidi="fa-IR"/>
        </w:rPr>
        <w:t>:</w:t>
      </w:r>
      <w:r w:rsidRPr="0088687A">
        <w:rPr>
          <w:rFonts w:cs="B Nazanin"/>
          <w:sz w:val="34"/>
          <w:szCs w:val="32"/>
          <w:rtl/>
          <w:lang w:bidi="fa-IR"/>
        </w:rPr>
        <w:t xml:space="preserve"> ۱. </w:t>
      </w:r>
      <w:r w:rsidRPr="0088687A">
        <w:rPr>
          <w:rFonts w:cs="B Nazanin" w:hint="eastAsia"/>
          <w:sz w:val="34"/>
          <w:szCs w:val="32"/>
          <w:rtl/>
          <w:lang w:bidi="fa-IR"/>
        </w:rPr>
        <w:t>استفاده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نکردن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از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تجه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زات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حفاظت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فرد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الزام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پس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از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آموزش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و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تحو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ل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آن‌ها؛</w:t>
      </w:r>
      <w:r w:rsidRPr="0088687A">
        <w:rPr>
          <w:rFonts w:cs="B Nazanin"/>
          <w:sz w:val="34"/>
          <w:szCs w:val="32"/>
          <w:rtl/>
          <w:lang w:bidi="fa-IR"/>
        </w:rPr>
        <w:t xml:space="preserve"> ۲. </w:t>
      </w:r>
      <w:r w:rsidRPr="0088687A">
        <w:rPr>
          <w:rFonts w:cs="B Nazanin" w:hint="eastAsia"/>
          <w:sz w:val="34"/>
          <w:szCs w:val="32"/>
          <w:rtl/>
          <w:lang w:bidi="fa-IR"/>
        </w:rPr>
        <w:t>رعا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ت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نکردن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دستورالعمل‌ها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من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کار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با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ماش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ن‌آلات؛</w:t>
      </w:r>
      <w:r w:rsidRPr="0088687A">
        <w:rPr>
          <w:rFonts w:cs="B Nazanin"/>
          <w:sz w:val="34"/>
          <w:szCs w:val="32"/>
          <w:rtl/>
          <w:lang w:bidi="fa-IR"/>
        </w:rPr>
        <w:t xml:space="preserve"> ۳. </w:t>
      </w:r>
      <w:r w:rsidRPr="0088687A">
        <w:rPr>
          <w:rFonts w:cs="B Nazanin" w:hint="eastAsia"/>
          <w:sz w:val="34"/>
          <w:szCs w:val="32"/>
          <w:rtl/>
          <w:lang w:bidi="fa-IR"/>
        </w:rPr>
        <w:t>سرپ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چ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از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دستور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قانون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و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lastRenderedPageBreak/>
        <w:t>مرتبط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با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وظ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فه؛</w:t>
      </w:r>
      <w:r w:rsidRPr="0088687A">
        <w:rPr>
          <w:rFonts w:cs="B Nazanin"/>
          <w:sz w:val="34"/>
          <w:szCs w:val="32"/>
          <w:rtl/>
          <w:lang w:bidi="fa-IR"/>
        </w:rPr>
        <w:t xml:space="preserve"> ۴. </w:t>
      </w:r>
      <w:r w:rsidRPr="0088687A">
        <w:rPr>
          <w:rFonts w:cs="B Nazanin" w:hint="eastAsia"/>
          <w:sz w:val="34"/>
          <w:szCs w:val="32"/>
          <w:rtl/>
          <w:lang w:bidi="fa-IR"/>
        </w:rPr>
        <w:t>ثبت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گزارش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خلاف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واقع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تول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د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ا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کنترل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ک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ف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ت؛</w:t>
      </w:r>
      <w:r w:rsidRPr="0088687A">
        <w:rPr>
          <w:rFonts w:cs="B Nazanin"/>
          <w:sz w:val="34"/>
          <w:szCs w:val="32"/>
          <w:rtl/>
          <w:lang w:bidi="fa-IR"/>
        </w:rPr>
        <w:t xml:space="preserve"> ۵. </w:t>
      </w:r>
      <w:r w:rsidRPr="0088687A">
        <w:rPr>
          <w:rFonts w:cs="B Nazanin" w:hint="eastAsia"/>
          <w:sz w:val="34"/>
          <w:szCs w:val="32"/>
          <w:rtl/>
          <w:lang w:bidi="fa-IR"/>
        </w:rPr>
        <w:t>سهل‌انگار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در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نگهدار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ابزار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و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مواد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که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موجب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خسارت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شود؛</w:t>
      </w:r>
      <w:r w:rsidRPr="0088687A">
        <w:rPr>
          <w:rFonts w:cs="B Nazanin"/>
          <w:sz w:val="34"/>
          <w:szCs w:val="32"/>
          <w:rtl/>
          <w:lang w:bidi="fa-IR"/>
        </w:rPr>
        <w:t xml:space="preserve"> ۶. </w:t>
      </w:r>
      <w:r w:rsidRPr="0088687A">
        <w:rPr>
          <w:rFonts w:cs="B Nazanin" w:hint="eastAsia"/>
          <w:sz w:val="34"/>
          <w:szCs w:val="32"/>
          <w:rtl/>
          <w:lang w:bidi="fa-IR"/>
        </w:rPr>
        <w:t>استفاده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غ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رمجاز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از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دستگاه‌ها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ا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ورود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بدون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مجوز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به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محدوده‌ها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خطر؛</w:t>
      </w:r>
      <w:r w:rsidRPr="0088687A">
        <w:rPr>
          <w:rFonts w:cs="B Nazanin"/>
          <w:sz w:val="34"/>
          <w:szCs w:val="32"/>
          <w:rtl/>
          <w:lang w:bidi="fa-IR"/>
        </w:rPr>
        <w:t xml:space="preserve"> ۷. </w:t>
      </w:r>
      <w:r w:rsidRPr="0088687A">
        <w:rPr>
          <w:rFonts w:cs="B Nazanin" w:hint="eastAsia"/>
          <w:sz w:val="34"/>
          <w:szCs w:val="32"/>
          <w:rtl/>
          <w:lang w:bidi="fa-IR"/>
        </w:rPr>
        <w:t>ا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جاد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اختلال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در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تحو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ل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ش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فت</w:t>
      </w:r>
      <w:r w:rsidRPr="0088687A">
        <w:rPr>
          <w:rFonts w:cs="B Nazanin"/>
          <w:sz w:val="34"/>
          <w:szCs w:val="32"/>
          <w:rtl/>
          <w:lang w:bidi="fa-IR"/>
        </w:rPr>
        <w:t>.</w:t>
      </w:r>
    </w:p>
    <w:p w14:paraId="67250B6C" w14:textId="61E5FE1E" w:rsidR="0088687A" w:rsidRPr="0088687A" w:rsidRDefault="0088687A" w:rsidP="0088687A">
      <w:pPr>
        <w:bidi/>
        <w:rPr>
          <w:rFonts w:cs="B Nazanin"/>
          <w:sz w:val="34"/>
          <w:szCs w:val="32"/>
          <w:lang w:bidi="fa-IR"/>
        </w:rPr>
      </w:pPr>
      <w:r w:rsidRPr="0088687A">
        <w:rPr>
          <w:rFonts w:cs="B Nazanin" w:hint="eastAsia"/>
          <w:b/>
          <w:bCs/>
          <w:sz w:val="34"/>
          <w:szCs w:val="32"/>
          <w:rtl/>
          <w:lang w:bidi="fa-IR"/>
        </w:rPr>
        <w:t>ج</w:t>
      </w:r>
      <w:r w:rsidRPr="0088687A">
        <w:rPr>
          <w:rFonts w:cs="B Nazanin"/>
          <w:b/>
          <w:bCs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b/>
          <w:bCs/>
          <w:sz w:val="34"/>
          <w:szCs w:val="32"/>
          <w:rtl/>
          <w:lang w:bidi="fa-IR"/>
        </w:rPr>
        <w:t>ـ</w:t>
      </w:r>
      <w:r w:rsidRPr="0088687A">
        <w:rPr>
          <w:rFonts w:cs="B Nazanin"/>
          <w:b/>
          <w:bCs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b/>
          <w:bCs/>
          <w:sz w:val="34"/>
          <w:szCs w:val="32"/>
          <w:rtl/>
          <w:lang w:bidi="fa-IR"/>
        </w:rPr>
        <w:t>طبقه</w:t>
      </w:r>
      <w:r w:rsidRPr="0088687A">
        <w:rPr>
          <w:rFonts w:cs="B Nazanin"/>
          <w:b/>
          <w:bCs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b/>
          <w:bCs/>
          <w:sz w:val="34"/>
          <w:szCs w:val="32"/>
          <w:rtl/>
          <w:lang w:bidi="fa-IR"/>
        </w:rPr>
        <w:t>سوم</w:t>
      </w:r>
      <w:r w:rsidRPr="0088687A">
        <w:rPr>
          <w:rFonts w:cs="B Nazanin"/>
          <w:b/>
          <w:bCs/>
          <w:sz w:val="34"/>
          <w:szCs w:val="32"/>
          <w:rtl/>
          <w:lang w:bidi="fa-IR"/>
        </w:rPr>
        <w:t>:</w:t>
      </w:r>
      <w:r w:rsidRPr="0088687A">
        <w:rPr>
          <w:rFonts w:cs="B Nazanin"/>
          <w:sz w:val="34"/>
          <w:szCs w:val="32"/>
          <w:rtl/>
          <w:lang w:bidi="fa-IR"/>
        </w:rPr>
        <w:t xml:space="preserve"> ۱. </w:t>
      </w:r>
      <w:r w:rsidRPr="0088687A">
        <w:rPr>
          <w:rFonts w:cs="B Nazanin" w:hint="eastAsia"/>
          <w:sz w:val="34"/>
          <w:szCs w:val="32"/>
          <w:rtl/>
          <w:lang w:bidi="fa-IR"/>
        </w:rPr>
        <w:t>جعل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ا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دست‌بردن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در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اسناد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تول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د،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انبار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ا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کنترل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ک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ف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ت؛</w:t>
      </w:r>
      <w:r w:rsidRPr="0088687A">
        <w:rPr>
          <w:rFonts w:cs="B Nazanin"/>
          <w:sz w:val="34"/>
          <w:szCs w:val="32"/>
          <w:rtl/>
          <w:lang w:bidi="fa-IR"/>
        </w:rPr>
        <w:t xml:space="preserve"> ۲. </w:t>
      </w:r>
      <w:r w:rsidRPr="0088687A">
        <w:rPr>
          <w:rFonts w:cs="B Nazanin" w:hint="eastAsia"/>
          <w:sz w:val="34"/>
          <w:szCs w:val="32"/>
          <w:rtl/>
          <w:lang w:bidi="fa-IR"/>
        </w:rPr>
        <w:t>تصاحب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ا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استفاده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غ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رمجاز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از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اموال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شرکت؛</w:t>
      </w:r>
      <w:r w:rsidRPr="0088687A">
        <w:rPr>
          <w:rFonts w:cs="B Nazanin"/>
          <w:sz w:val="34"/>
          <w:szCs w:val="32"/>
          <w:rtl/>
          <w:lang w:bidi="fa-IR"/>
        </w:rPr>
        <w:t xml:space="preserve"> ۳. </w:t>
      </w:r>
      <w:r w:rsidRPr="0088687A">
        <w:rPr>
          <w:rFonts w:cs="B Nazanin" w:hint="eastAsia"/>
          <w:sz w:val="34"/>
          <w:szCs w:val="32"/>
          <w:rtl/>
          <w:lang w:bidi="fa-IR"/>
        </w:rPr>
        <w:t>افشا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اطلاعات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محرمانه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فن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و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تجار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؛</w:t>
      </w:r>
      <w:r w:rsidRPr="0088687A">
        <w:rPr>
          <w:rFonts w:cs="B Nazanin"/>
          <w:sz w:val="34"/>
          <w:szCs w:val="32"/>
          <w:rtl/>
          <w:lang w:bidi="fa-IR"/>
        </w:rPr>
        <w:t xml:space="preserve"> ۴. </w:t>
      </w:r>
      <w:r w:rsidRPr="0088687A">
        <w:rPr>
          <w:rFonts w:cs="B Nazanin" w:hint="eastAsia"/>
          <w:sz w:val="34"/>
          <w:szCs w:val="32"/>
          <w:rtl/>
          <w:lang w:bidi="fa-IR"/>
        </w:rPr>
        <w:t>دست‌کار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عمد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تجه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زات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من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ا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حذف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حفاظ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ماش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ن‌آلات؛</w:t>
      </w:r>
      <w:r w:rsidRPr="0088687A">
        <w:rPr>
          <w:rFonts w:cs="B Nazanin"/>
          <w:sz w:val="34"/>
          <w:szCs w:val="32"/>
          <w:rtl/>
          <w:lang w:bidi="fa-IR"/>
        </w:rPr>
        <w:t xml:space="preserve"> ۵. </w:t>
      </w:r>
      <w:r w:rsidRPr="0088687A">
        <w:rPr>
          <w:rFonts w:cs="B Nazanin" w:hint="eastAsia"/>
          <w:sz w:val="34"/>
          <w:szCs w:val="32"/>
          <w:rtl/>
          <w:lang w:bidi="fa-IR"/>
        </w:rPr>
        <w:t>کارشکن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عمد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در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ف</w:t>
      </w:r>
      <w:r>
        <w:rPr>
          <w:rFonts w:cs="B Nazanin" w:hint="eastAsia"/>
          <w:sz w:val="34"/>
          <w:szCs w:val="32"/>
          <w:rtl/>
          <w:lang w:bidi="fa-IR"/>
        </w:rPr>
        <w:t>رای</w:t>
      </w:r>
      <w:r w:rsidRPr="0088687A">
        <w:rPr>
          <w:rFonts w:cs="B Nazanin" w:hint="eastAsia"/>
          <w:sz w:val="34"/>
          <w:szCs w:val="32"/>
          <w:rtl/>
          <w:lang w:bidi="fa-IR"/>
        </w:rPr>
        <w:t>ند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تول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د؛</w:t>
      </w:r>
      <w:r w:rsidRPr="0088687A">
        <w:rPr>
          <w:rFonts w:cs="B Nazanin"/>
          <w:sz w:val="34"/>
          <w:szCs w:val="32"/>
          <w:rtl/>
          <w:lang w:bidi="fa-IR"/>
        </w:rPr>
        <w:t xml:space="preserve"> ۶. </w:t>
      </w:r>
      <w:r w:rsidRPr="0088687A">
        <w:rPr>
          <w:rFonts w:cs="B Nazanin" w:hint="eastAsia"/>
          <w:sz w:val="34"/>
          <w:szCs w:val="32"/>
          <w:rtl/>
          <w:lang w:bidi="fa-IR"/>
        </w:rPr>
        <w:t>پنهان‌کردن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عمد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حادثه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ا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نقص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من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مهم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با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وجود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تکل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ف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به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گزارش</w:t>
      </w:r>
      <w:r w:rsidRPr="0088687A">
        <w:rPr>
          <w:rFonts w:cs="B Nazanin"/>
          <w:sz w:val="34"/>
          <w:szCs w:val="32"/>
          <w:rtl/>
          <w:lang w:bidi="fa-IR"/>
        </w:rPr>
        <w:t>.</w:t>
      </w:r>
    </w:p>
    <w:p w14:paraId="1334248D" w14:textId="327D895B" w:rsidR="0088687A" w:rsidRPr="0088687A" w:rsidRDefault="0088687A" w:rsidP="0088687A">
      <w:pPr>
        <w:bidi/>
        <w:rPr>
          <w:rFonts w:cs="B Nazanin"/>
          <w:sz w:val="34"/>
          <w:szCs w:val="32"/>
          <w:lang w:bidi="fa-IR"/>
        </w:rPr>
      </w:pPr>
      <w:r w:rsidRPr="0088687A">
        <w:rPr>
          <w:rFonts w:cs="B Nazanin" w:hint="eastAsia"/>
          <w:b/>
          <w:bCs/>
          <w:sz w:val="34"/>
          <w:szCs w:val="32"/>
          <w:rtl/>
          <w:lang w:bidi="fa-IR"/>
        </w:rPr>
        <w:t>د</w:t>
      </w:r>
      <w:r w:rsidRPr="0088687A">
        <w:rPr>
          <w:rFonts w:cs="B Nazanin"/>
          <w:b/>
          <w:bCs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b/>
          <w:bCs/>
          <w:sz w:val="34"/>
          <w:szCs w:val="32"/>
          <w:rtl/>
          <w:lang w:bidi="fa-IR"/>
        </w:rPr>
        <w:t>ـ</w:t>
      </w:r>
      <w:r w:rsidRPr="0088687A">
        <w:rPr>
          <w:rFonts w:cs="B Nazanin"/>
          <w:b/>
          <w:bCs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b/>
          <w:bCs/>
          <w:sz w:val="34"/>
          <w:szCs w:val="32"/>
          <w:rtl/>
          <w:lang w:bidi="fa-IR"/>
        </w:rPr>
        <w:t>طبقه</w:t>
      </w:r>
      <w:r w:rsidRPr="0088687A">
        <w:rPr>
          <w:rFonts w:cs="B Nazanin"/>
          <w:b/>
          <w:bCs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b/>
          <w:bCs/>
          <w:sz w:val="34"/>
          <w:szCs w:val="32"/>
          <w:rtl/>
          <w:lang w:bidi="fa-IR"/>
        </w:rPr>
        <w:t>چهارم</w:t>
      </w:r>
      <w:r w:rsidRPr="0088687A">
        <w:rPr>
          <w:rFonts w:cs="B Nazanin"/>
          <w:b/>
          <w:bCs/>
          <w:sz w:val="34"/>
          <w:szCs w:val="32"/>
          <w:rtl/>
          <w:lang w:bidi="fa-IR"/>
        </w:rPr>
        <w:t>: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مصاد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ق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بس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ار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شد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د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پ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ش‌ب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ن</w:t>
      </w:r>
      <w:r w:rsidRPr="0088687A">
        <w:rPr>
          <w:rFonts w:cs="B Nazanin" w:hint="cs"/>
          <w:sz w:val="34"/>
          <w:szCs w:val="32"/>
          <w:rtl/>
          <w:lang w:bidi="fa-IR"/>
        </w:rPr>
        <w:t>ی‌</w:t>
      </w:r>
      <w:r w:rsidRPr="0088687A">
        <w:rPr>
          <w:rFonts w:cs="B Nazanin" w:hint="eastAsia"/>
          <w:sz w:val="34"/>
          <w:szCs w:val="32"/>
          <w:rtl/>
          <w:lang w:bidi="fa-IR"/>
        </w:rPr>
        <w:t>شده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در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متن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نمونه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رسم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فقط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در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حدود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قوان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ن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لازم‌الاجرا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و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با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احراز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ش</w:t>
      </w:r>
      <w:r>
        <w:rPr>
          <w:rFonts w:cs="B Nazanin" w:hint="eastAsia"/>
          <w:sz w:val="34"/>
          <w:szCs w:val="32"/>
          <w:rtl/>
          <w:lang w:bidi="fa-IR"/>
        </w:rPr>
        <w:t>رای</w:t>
      </w:r>
      <w:r w:rsidRPr="0088687A">
        <w:rPr>
          <w:rFonts w:cs="B Nazanin" w:hint="eastAsia"/>
          <w:sz w:val="34"/>
          <w:szCs w:val="32"/>
          <w:rtl/>
          <w:lang w:bidi="fa-IR"/>
        </w:rPr>
        <w:t>ط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قانون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قابل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بررس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است</w:t>
      </w:r>
      <w:r w:rsidRPr="0088687A">
        <w:rPr>
          <w:rFonts w:cs="B Nazanin"/>
          <w:sz w:val="34"/>
          <w:szCs w:val="32"/>
          <w:rtl/>
          <w:lang w:bidi="fa-IR"/>
        </w:rPr>
        <w:t xml:space="preserve">. </w:t>
      </w:r>
      <w:r w:rsidRPr="0088687A">
        <w:rPr>
          <w:rFonts w:cs="B Nazanin" w:hint="eastAsia"/>
          <w:sz w:val="34"/>
          <w:szCs w:val="32"/>
          <w:rtl/>
          <w:lang w:bidi="fa-IR"/>
        </w:rPr>
        <w:t>فعال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ت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قانون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صنف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ا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مطالبه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حقوق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کارگر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ف</w:t>
      </w:r>
      <w:r w:rsidRPr="0088687A">
        <w:rPr>
          <w:rFonts w:cs="B Nazanin" w:hint="cs"/>
          <w:sz w:val="34"/>
          <w:szCs w:val="32"/>
          <w:rtl/>
          <w:lang w:bidi="fa-IR"/>
        </w:rPr>
        <w:t>ی‌</w:t>
      </w:r>
      <w:r w:rsidRPr="0088687A">
        <w:rPr>
          <w:rFonts w:cs="B Nazanin" w:hint="eastAsia"/>
          <w:sz w:val="34"/>
          <w:szCs w:val="32"/>
          <w:rtl/>
          <w:lang w:bidi="fa-IR"/>
        </w:rPr>
        <w:t>نفسه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تخلف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انضباط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محسوب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نم</w:t>
      </w:r>
      <w:r w:rsidRPr="0088687A">
        <w:rPr>
          <w:rFonts w:cs="B Nazanin" w:hint="cs"/>
          <w:sz w:val="34"/>
          <w:szCs w:val="32"/>
          <w:rtl/>
          <w:lang w:bidi="fa-IR"/>
        </w:rPr>
        <w:t>ی‌</w:t>
      </w:r>
      <w:r w:rsidRPr="0088687A">
        <w:rPr>
          <w:rFonts w:cs="B Nazanin" w:hint="eastAsia"/>
          <w:sz w:val="34"/>
          <w:szCs w:val="32"/>
          <w:rtl/>
          <w:lang w:bidi="fa-IR"/>
        </w:rPr>
        <w:t>شود</w:t>
      </w:r>
      <w:r w:rsidRPr="0088687A">
        <w:rPr>
          <w:rFonts w:cs="B Nazanin"/>
          <w:sz w:val="34"/>
          <w:szCs w:val="32"/>
          <w:rtl/>
          <w:lang w:bidi="fa-IR"/>
        </w:rPr>
        <w:t>.</w:t>
      </w:r>
    </w:p>
    <w:p w14:paraId="526AE16E" w14:textId="77777777" w:rsidR="0088687A" w:rsidRPr="0088687A" w:rsidRDefault="0088687A" w:rsidP="0088687A">
      <w:pPr>
        <w:bidi/>
        <w:rPr>
          <w:rFonts w:cs="B Titr"/>
          <w:sz w:val="34"/>
          <w:szCs w:val="32"/>
          <w:lang w:bidi="fa-IR"/>
        </w:rPr>
      </w:pPr>
      <w:r w:rsidRPr="0088687A">
        <w:rPr>
          <w:rFonts w:cs="B Titr" w:hint="eastAsia"/>
          <w:sz w:val="34"/>
          <w:szCs w:val="32"/>
          <w:rtl/>
          <w:lang w:bidi="fa-IR"/>
        </w:rPr>
        <w:t>فصل</w:t>
      </w:r>
      <w:r w:rsidRPr="0088687A">
        <w:rPr>
          <w:rFonts w:cs="B Titr"/>
          <w:sz w:val="34"/>
          <w:szCs w:val="32"/>
          <w:rtl/>
          <w:lang w:bidi="fa-IR"/>
        </w:rPr>
        <w:t xml:space="preserve"> </w:t>
      </w:r>
      <w:r w:rsidRPr="0088687A">
        <w:rPr>
          <w:rFonts w:cs="B Titr" w:hint="eastAsia"/>
          <w:sz w:val="34"/>
          <w:szCs w:val="32"/>
          <w:rtl/>
          <w:lang w:bidi="fa-IR"/>
        </w:rPr>
        <w:t>سوم</w:t>
      </w:r>
      <w:r w:rsidRPr="0088687A">
        <w:rPr>
          <w:rFonts w:cs="B Titr"/>
          <w:sz w:val="34"/>
          <w:szCs w:val="32"/>
          <w:rtl/>
          <w:lang w:bidi="fa-IR"/>
        </w:rPr>
        <w:t xml:space="preserve"> </w:t>
      </w:r>
      <w:r w:rsidRPr="0088687A">
        <w:rPr>
          <w:rFonts w:cs="B Titr" w:hint="eastAsia"/>
          <w:sz w:val="34"/>
          <w:szCs w:val="32"/>
          <w:rtl/>
          <w:lang w:bidi="fa-IR"/>
        </w:rPr>
        <w:t>ـ</w:t>
      </w:r>
      <w:r w:rsidRPr="0088687A">
        <w:rPr>
          <w:rFonts w:cs="B Titr"/>
          <w:sz w:val="34"/>
          <w:szCs w:val="32"/>
          <w:rtl/>
          <w:lang w:bidi="fa-IR"/>
        </w:rPr>
        <w:t xml:space="preserve"> </w:t>
      </w:r>
      <w:r w:rsidRPr="0088687A">
        <w:rPr>
          <w:rFonts w:cs="B Titr" w:hint="eastAsia"/>
          <w:sz w:val="34"/>
          <w:szCs w:val="32"/>
          <w:rtl/>
          <w:lang w:bidi="fa-IR"/>
        </w:rPr>
        <w:t>تنب</w:t>
      </w:r>
      <w:r w:rsidRPr="0088687A">
        <w:rPr>
          <w:rFonts w:cs="B Titr" w:hint="cs"/>
          <w:sz w:val="34"/>
          <w:szCs w:val="32"/>
          <w:rtl/>
          <w:lang w:bidi="fa-IR"/>
        </w:rPr>
        <w:t>ی</w:t>
      </w:r>
      <w:r w:rsidRPr="0088687A">
        <w:rPr>
          <w:rFonts w:cs="B Titr" w:hint="eastAsia"/>
          <w:sz w:val="34"/>
          <w:szCs w:val="32"/>
          <w:rtl/>
          <w:lang w:bidi="fa-IR"/>
        </w:rPr>
        <w:t>هات</w:t>
      </w:r>
    </w:p>
    <w:p w14:paraId="6957193E" w14:textId="3B8FCE79" w:rsidR="0088687A" w:rsidRPr="0088687A" w:rsidRDefault="0088687A" w:rsidP="0088687A">
      <w:pPr>
        <w:bidi/>
        <w:rPr>
          <w:rFonts w:cs="B Nazanin"/>
          <w:sz w:val="34"/>
          <w:szCs w:val="32"/>
          <w:lang w:bidi="fa-IR"/>
        </w:rPr>
      </w:pPr>
      <w:r w:rsidRPr="0088687A">
        <w:rPr>
          <w:rFonts w:cs="B Nazanin" w:hint="eastAsia"/>
          <w:b/>
          <w:bCs/>
          <w:sz w:val="34"/>
          <w:szCs w:val="32"/>
          <w:rtl/>
          <w:lang w:bidi="fa-IR"/>
        </w:rPr>
        <w:t>ماده</w:t>
      </w:r>
      <w:r w:rsidRPr="0088687A">
        <w:rPr>
          <w:rFonts w:cs="B Nazanin"/>
          <w:b/>
          <w:bCs/>
          <w:sz w:val="34"/>
          <w:szCs w:val="32"/>
          <w:rtl/>
          <w:lang w:bidi="fa-IR"/>
        </w:rPr>
        <w:t xml:space="preserve"> 9 </w:t>
      </w:r>
      <w:r w:rsidRPr="0088687A">
        <w:rPr>
          <w:rFonts w:cs="B Nazanin" w:hint="eastAsia"/>
          <w:b/>
          <w:bCs/>
          <w:sz w:val="34"/>
          <w:szCs w:val="32"/>
          <w:rtl/>
          <w:lang w:bidi="fa-IR"/>
        </w:rPr>
        <w:t>ـ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تنب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هات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پ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شنهاد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به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ترت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ب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عبارت‌اند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از</w:t>
      </w:r>
      <w:r w:rsidRPr="0088687A">
        <w:rPr>
          <w:rFonts w:cs="B Nazanin"/>
          <w:sz w:val="34"/>
          <w:szCs w:val="32"/>
          <w:rtl/>
          <w:lang w:bidi="fa-IR"/>
        </w:rPr>
        <w:t xml:space="preserve">: </w:t>
      </w:r>
      <w:r w:rsidRPr="0088687A">
        <w:rPr>
          <w:rFonts w:cs="B Nazanin" w:hint="eastAsia"/>
          <w:sz w:val="34"/>
          <w:szCs w:val="32"/>
          <w:rtl/>
          <w:lang w:bidi="fa-IR"/>
        </w:rPr>
        <w:t>الف</w:t>
      </w:r>
      <w:r w:rsidRPr="0088687A">
        <w:rPr>
          <w:rFonts w:cs="B Nazanin"/>
          <w:sz w:val="34"/>
          <w:szCs w:val="32"/>
          <w:rtl/>
          <w:lang w:bidi="fa-IR"/>
        </w:rPr>
        <w:t xml:space="preserve">) </w:t>
      </w:r>
      <w:r w:rsidRPr="0088687A">
        <w:rPr>
          <w:rFonts w:cs="B Nazanin" w:hint="eastAsia"/>
          <w:sz w:val="34"/>
          <w:szCs w:val="32"/>
          <w:rtl/>
          <w:lang w:bidi="fa-IR"/>
        </w:rPr>
        <w:t>تذکر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کتب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ب</w:t>
      </w:r>
      <w:r>
        <w:rPr>
          <w:rFonts w:cs="B Nazanin" w:hint="eastAsia"/>
          <w:sz w:val="34"/>
          <w:szCs w:val="32"/>
          <w:rtl/>
          <w:lang w:bidi="fa-IR"/>
        </w:rPr>
        <w:t>رای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بار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اول؛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ب</w:t>
      </w:r>
      <w:r w:rsidRPr="0088687A">
        <w:rPr>
          <w:rFonts w:cs="B Nazanin"/>
          <w:sz w:val="34"/>
          <w:szCs w:val="32"/>
          <w:rtl/>
          <w:lang w:bidi="fa-IR"/>
        </w:rPr>
        <w:t xml:space="preserve">) </w:t>
      </w:r>
      <w:r w:rsidRPr="0088687A">
        <w:rPr>
          <w:rFonts w:cs="B Nazanin" w:hint="eastAsia"/>
          <w:sz w:val="34"/>
          <w:szCs w:val="32"/>
          <w:rtl/>
          <w:lang w:bidi="fa-IR"/>
        </w:rPr>
        <w:t>تذکر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کتب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ب</w:t>
      </w:r>
      <w:r>
        <w:rPr>
          <w:rFonts w:cs="B Nazanin" w:hint="eastAsia"/>
          <w:sz w:val="34"/>
          <w:szCs w:val="32"/>
          <w:rtl/>
          <w:lang w:bidi="fa-IR"/>
        </w:rPr>
        <w:t>رای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بار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دوم؛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ج</w:t>
      </w:r>
      <w:r w:rsidRPr="0088687A">
        <w:rPr>
          <w:rFonts w:cs="B Nazanin"/>
          <w:sz w:val="34"/>
          <w:szCs w:val="32"/>
          <w:rtl/>
          <w:lang w:bidi="fa-IR"/>
        </w:rPr>
        <w:t xml:space="preserve">) </w:t>
      </w:r>
      <w:r w:rsidRPr="0088687A">
        <w:rPr>
          <w:rFonts w:cs="B Nazanin" w:hint="eastAsia"/>
          <w:sz w:val="34"/>
          <w:szCs w:val="32"/>
          <w:rtl/>
          <w:lang w:bidi="fa-IR"/>
        </w:rPr>
        <w:t>عدم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پرداخت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تمام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ا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بخش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از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پاداش‌ها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ا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تسه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لات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غ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رالزام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تا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سه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ماه،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در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حدود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مجاز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قانون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و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بدون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تعرض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به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مزد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و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مزا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ا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قانون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؛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د</w:t>
      </w:r>
      <w:r w:rsidRPr="0088687A">
        <w:rPr>
          <w:rFonts w:cs="B Nazanin"/>
          <w:sz w:val="34"/>
          <w:szCs w:val="32"/>
          <w:rtl/>
          <w:lang w:bidi="fa-IR"/>
        </w:rPr>
        <w:t xml:space="preserve">) </w:t>
      </w:r>
      <w:r w:rsidRPr="0088687A">
        <w:rPr>
          <w:rFonts w:cs="B Nazanin" w:hint="eastAsia"/>
          <w:sz w:val="34"/>
          <w:szCs w:val="32"/>
          <w:rtl/>
          <w:lang w:bidi="fa-IR"/>
        </w:rPr>
        <w:t>تنزل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مقام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ا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محروم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ت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از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انتصاب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به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پست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بالاتر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تا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سه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ماه،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در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صورت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امکان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و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مجوز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قانون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؛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هـ</w:t>
      </w:r>
      <w:r w:rsidRPr="0088687A">
        <w:rPr>
          <w:rFonts w:cs="B Nazanin"/>
          <w:sz w:val="34"/>
          <w:szCs w:val="32"/>
          <w:rtl/>
          <w:lang w:bidi="fa-IR"/>
        </w:rPr>
        <w:t xml:space="preserve">) </w:t>
      </w:r>
      <w:r w:rsidRPr="0088687A">
        <w:rPr>
          <w:rFonts w:cs="B Nazanin" w:hint="eastAsia"/>
          <w:sz w:val="34"/>
          <w:szCs w:val="32"/>
          <w:rtl/>
          <w:lang w:bidi="fa-IR"/>
        </w:rPr>
        <w:t>اخراج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فقط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با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رعا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ت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ماده</w:t>
      </w:r>
      <w:r w:rsidRPr="0088687A">
        <w:rPr>
          <w:rFonts w:cs="B Nazanin"/>
          <w:sz w:val="34"/>
          <w:szCs w:val="32"/>
          <w:rtl/>
          <w:lang w:bidi="fa-IR"/>
        </w:rPr>
        <w:t xml:space="preserve"> ۲۷ </w:t>
      </w:r>
      <w:r w:rsidRPr="0088687A">
        <w:rPr>
          <w:rFonts w:cs="B Nazanin" w:hint="eastAsia"/>
          <w:sz w:val="34"/>
          <w:szCs w:val="32"/>
          <w:rtl/>
          <w:lang w:bidi="fa-IR"/>
        </w:rPr>
        <w:t>قانون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کار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و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تشر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فات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مربوط</w:t>
      </w:r>
      <w:r w:rsidRPr="0088687A">
        <w:rPr>
          <w:rFonts w:cs="B Nazanin"/>
          <w:sz w:val="34"/>
          <w:szCs w:val="32"/>
          <w:rtl/>
          <w:lang w:bidi="fa-IR"/>
        </w:rPr>
        <w:t xml:space="preserve">. </w:t>
      </w:r>
      <w:r w:rsidRPr="0088687A">
        <w:rPr>
          <w:rFonts w:cs="B Nazanin" w:hint="eastAsia"/>
          <w:sz w:val="34"/>
          <w:szCs w:val="32"/>
          <w:rtl/>
          <w:lang w:bidi="fa-IR"/>
        </w:rPr>
        <w:t>مدت‌ها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سه‌ماهه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پ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شنهاد</w:t>
      </w:r>
      <w:r w:rsidRPr="0088687A">
        <w:rPr>
          <w:rFonts w:cs="B Nazanin" w:hint="cs"/>
          <w:sz w:val="34"/>
          <w:szCs w:val="32"/>
          <w:rtl/>
          <w:lang w:bidi="fa-IR"/>
        </w:rPr>
        <w:t>ی‌</w:t>
      </w:r>
      <w:r w:rsidRPr="0088687A">
        <w:rPr>
          <w:rFonts w:cs="B Nazanin" w:hint="eastAsia"/>
          <w:sz w:val="34"/>
          <w:szCs w:val="32"/>
          <w:rtl/>
          <w:lang w:bidi="fa-IR"/>
        </w:rPr>
        <w:t>اند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و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ن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ازمند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>
        <w:rPr>
          <w:rFonts w:cs="B Nazanin" w:hint="eastAsia"/>
          <w:sz w:val="34"/>
          <w:szCs w:val="32"/>
          <w:rtl/>
          <w:lang w:bidi="fa-IR"/>
        </w:rPr>
        <w:t>تایید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هستند</w:t>
      </w:r>
      <w:r w:rsidRPr="0088687A">
        <w:rPr>
          <w:rFonts w:cs="B Nazanin"/>
          <w:sz w:val="34"/>
          <w:szCs w:val="32"/>
          <w:rtl/>
          <w:lang w:bidi="fa-IR"/>
        </w:rPr>
        <w:t>.</w:t>
      </w:r>
    </w:p>
    <w:p w14:paraId="26EA9DB6" w14:textId="2485BC31" w:rsidR="008E651E" w:rsidRDefault="0088687A" w:rsidP="0088687A">
      <w:pPr>
        <w:bidi/>
        <w:rPr>
          <w:rFonts w:cs="B Nazanin"/>
          <w:sz w:val="34"/>
          <w:szCs w:val="32"/>
          <w:rtl/>
          <w:lang w:bidi="fa-IR"/>
        </w:rPr>
      </w:pPr>
      <w:r w:rsidRPr="0088687A">
        <w:rPr>
          <w:rFonts w:cs="B Nazanin" w:hint="eastAsia"/>
          <w:b/>
          <w:bCs/>
          <w:sz w:val="34"/>
          <w:szCs w:val="32"/>
          <w:rtl/>
          <w:lang w:bidi="fa-IR"/>
        </w:rPr>
        <w:t>راهنما</w:t>
      </w:r>
      <w:r w:rsidRPr="0088687A">
        <w:rPr>
          <w:rFonts w:cs="B Nazanin" w:hint="cs"/>
          <w:b/>
          <w:bCs/>
          <w:sz w:val="34"/>
          <w:szCs w:val="32"/>
          <w:rtl/>
          <w:lang w:bidi="fa-IR"/>
        </w:rPr>
        <w:t>ی</w:t>
      </w:r>
      <w:r w:rsidRPr="0088687A">
        <w:rPr>
          <w:rFonts w:cs="B Nazanin"/>
          <w:b/>
          <w:bCs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b/>
          <w:bCs/>
          <w:sz w:val="34"/>
          <w:szCs w:val="32"/>
          <w:rtl/>
          <w:lang w:bidi="fa-IR"/>
        </w:rPr>
        <w:t>جدول</w:t>
      </w:r>
      <w:r w:rsidRPr="0088687A">
        <w:rPr>
          <w:rFonts w:cs="B Nazanin"/>
          <w:b/>
          <w:bCs/>
          <w:sz w:val="34"/>
          <w:szCs w:val="32"/>
          <w:rtl/>
          <w:lang w:bidi="fa-IR"/>
        </w:rPr>
        <w:t>: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الف</w:t>
      </w:r>
      <w:r w:rsidRPr="0088687A">
        <w:rPr>
          <w:rFonts w:cs="B Nazanin"/>
          <w:sz w:val="34"/>
          <w:szCs w:val="32"/>
          <w:rtl/>
          <w:lang w:bidi="fa-IR"/>
        </w:rPr>
        <w:t>=</w:t>
      </w:r>
      <w:r w:rsidRPr="0088687A">
        <w:rPr>
          <w:rFonts w:cs="B Nazanin" w:hint="eastAsia"/>
          <w:sz w:val="34"/>
          <w:szCs w:val="32"/>
          <w:rtl/>
          <w:lang w:bidi="fa-IR"/>
        </w:rPr>
        <w:t>تذکر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کتب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اول؛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ب</w:t>
      </w:r>
      <w:r w:rsidRPr="0088687A">
        <w:rPr>
          <w:rFonts w:cs="B Nazanin"/>
          <w:sz w:val="34"/>
          <w:szCs w:val="32"/>
          <w:rtl/>
          <w:lang w:bidi="fa-IR"/>
        </w:rPr>
        <w:t>=</w:t>
      </w:r>
      <w:r w:rsidRPr="0088687A">
        <w:rPr>
          <w:rFonts w:cs="B Nazanin" w:hint="eastAsia"/>
          <w:sz w:val="34"/>
          <w:szCs w:val="32"/>
          <w:rtl/>
          <w:lang w:bidi="fa-IR"/>
        </w:rPr>
        <w:t>تذکر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کتب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دوم؛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ج</w:t>
      </w:r>
      <w:r w:rsidRPr="0088687A">
        <w:rPr>
          <w:rFonts w:cs="B Nazanin"/>
          <w:sz w:val="34"/>
          <w:szCs w:val="32"/>
          <w:rtl/>
          <w:lang w:bidi="fa-IR"/>
        </w:rPr>
        <w:t>=</w:t>
      </w:r>
      <w:r w:rsidRPr="0088687A">
        <w:rPr>
          <w:rFonts w:cs="B Nazanin" w:hint="eastAsia"/>
          <w:sz w:val="34"/>
          <w:szCs w:val="32"/>
          <w:rtl/>
          <w:lang w:bidi="fa-IR"/>
        </w:rPr>
        <w:t>محدود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ت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پاداش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ا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تسه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لات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غ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رالزام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در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حدود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قانون؛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د</w:t>
      </w:r>
      <w:r w:rsidRPr="0088687A">
        <w:rPr>
          <w:rFonts w:cs="B Nazanin"/>
          <w:sz w:val="34"/>
          <w:szCs w:val="32"/>
          <w:rtl/>
          <w:lang w:bidi="fa-IR"/>
        </w:rPr>
        <w:t>=</w:t>
      </w:r>
      <w:r w:rsidRPr="0088687A">
        <w:rPr>
          <w:rFonts w:cs="B Nazanin" w:hint="eastAsia"/>
          <w:sz w:val="34"/>
          <w:szCs w:val="32"/>
          <w:rtl/>
          <w:lang w:bidi="fa-IR"/>
        </w:rPr>
        <w:t>اقدام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مربوط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به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سمت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در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حدود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قانون؛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هـ</w:t>
      </w:r>
      <w:r w:rsidRPr="0088687A">
        <w:rPr>
          <w:rFonts w:cs="B Nazanin"/>
          <w:sz w:val="34"/>
          <w:szCs w:val="32"/>
          <w:rtl/>
          <w:lang w:bidi="fa-IR"/>
        </w:rPr>
        <w:t>=</w:t>
      </w:r>
      <w:r w:rsidRPr="0088687A">
        <w:rPr>
          <w:rFonts w:cs="B Nazanin" w:hint="eastAsia"/>
          <w:sz w:val="34"/>
          <w:szCs w:val="32"/>
          <w:rtl/>
          <w:lang w:bidi="fa-IR"/>
        </w:rPr>
        <w:t>بررس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امکان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فسخ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قرارداد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فقط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با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ش</w:t>
      </w:r>
      <w:r>
        <w:rPr>
          <w:rFonts w:cs="B Nazanin" w:hint="eastAsia"/>
          <w:sz w:val="34"/>
          <w:szCs w:val="32"/>
          <w:rtl/>
          <w:lang w:bidi="fa-IR"/>
        </w:rPr>
        <w:t>رای</w:t>
      </w:r>
      <w:r w:rsidRPr="0088687A">
        <w:rPr>
          <w:rFonts w:cs="B Nazanin" w:hint="eastAsia"/>
          <w:sz w:val="34"/>
          <w:szCs w:val="32"/>
          <w:rtl/>
          <w:lang w:bidi="fa-IR"/>
        </w:rPr>
        <w:t>ط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ماده</w:t>
      </w:r>
      <w:r w:rsidRPr="0088687A">
        <w:rPr>
          <w:rFonts w:cs="B Nazanin"/>
          <w:sz w:val="34"/>
          <w:szCs w:val="32"/>
          <w:rtl/>
          <w:lang w:bidi="fa-IR"/>
        </w:rPr>
        <w:t xml:space="preserve"> ۲۷. </w:t>
      </w:r>
      <w:r w:rsidRPr="0088687A">
        <w:rPr>
          <w:rFonts w:cs="B Nazanin" w:hint="eastAsia"/>
          <w:sz w:val="34"/>
          <w:szCs w:val="32"/>
          <w:rtl/>
          <w:lang w:bidi="fa-IR"/>
        </w:rPr>
        <w:t>جدول،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مجوز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خودکار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ب</w:t>
      </w:r>
      <w:r>
        <w:rPr>
          <w:rFonts w:cs="B Nazanin" w:hint="eastAsia"/>
          <w:sz w:val="34"/>
          <w:szCs w:val="32"/>
          <w:rtl/>
          <w:lang w:bidi="fa-IR"/>
        </w:rPr>
        <w:t>رای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ه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چ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تنب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ه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ن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ست</w:t>
      </w:r>
      <w:r w:rsidRPr="0088687A">
        <w:rPr>
          <w:rFonts w:cs="B Nazanin" w:hint="cs"/>
          <w:sz w:val="34"/>
          <w:szCs w:val="32"/>
          <w:rtl/>
          <w:lang w:bidi="fa-IR"/>
        </w:rPr>
        <w:t>.</w:t>
      </w:r>
    </w:p>
    <w:p w14:paraId="0C2B4FEF" w14:textId="77777777" w:rsidR="008E651E" w:rsidRDefault="008E651E" w:rsidP="0088687A">
      <w:pPr>
        <w:bidi/>
        <w:rPr>
          <w:rFonts w:cs="B Nazanin"/>
          <w:sz w:val="34"/>
          <w:szCs w:val="32"/>
          <w:rtl/>
          <w:lang w:bidi="fa-IR"/>
        </w:rPr>
      </w:pPr>
    </w:p>
    <w:p w14:paraId="27AA1663" w14:textId="77777777" w:rsidR="008E651E" w:rsidRPr="008E651E" w:rsidRDefault="008E651E" w:rsidP="0088687A">
      <w:pPr>
        <w:bidi/>
        <w:rPr>
          <w:rFonts w:cs="B Nazanin"/>
          <w:sz w:val="34"/>
          <w:szCs w:val="32"/>
          <w:lang w:bidi="fa-IR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875"/>
        <w:gridCol w:w="1868"/>
        <w:gridCol w:w="1868"/>
        <w:gridCol w:w="1868"/>
        <w:gridCol w:w="1871"/>
      </w:tblGrid>
      <w:tr w:rsidR="0088687A" w:rsidRPr="0088687A" w14:paraId="0AF2610B" w14:textId="77777777" w:rsidTr="00333C93">
        <w:trPr>
          <w:jc w:val="center"/>
        </w:trPr>
        <w:tc>
          <w:tcPr>
            <w:tcW w:w="1949" w:type="dxa"/>
            <w:vAlign w:val="center"/>
          </w:tcPr>
          <w:p w14:paraId="11B110C2" w14:textId="5727BF21" w:rsidR="008E651E" w:rsidRPr="008E651E" w:rsidRDefault="0088687A" w:rsidP="008E651E">
            <w:pPr>
              <w:bidi/>
              <w:rPr>
                <w:rFonts w:cs="B Nazanin"/>
                <w:b/>
                <w:bCs/>
                <w:sz w:val="34"/>
                <w:szCs w:val="32"/>
                <w:lang w:bidi="fa-IR"/>
              </w:rPr>
            </w:pPr>
            <w:r w:rsidRPr="0088687A">
              <w:rPr>
                <w:rFonts w:cs="B Nazanin" w:hint="cs"/>
                <w:b/>
                <w:bCs/>
                <w:sz w:val="34"/>
                <w:szCs w:val="32"/>
                <w:rtl/>
                <w:lang w:bidi="fa-IR"/>
              </w:rPr>
              <w:lastRenderedPageBreak/>
              <w:t>مرتبه چهارم</w:t>
            </w:r>
          </w:p>
        </w:tc>
        <w:tc>
          <w:tcPr>
            <w:tcW w:w="1949" w:type="dxa"/>
            <w:vAlign w:val="center"/>
          </w:tcPr>
          <w:p w14:paraId="50DC9A73" w14:textId="723E4D24" w:rsidR="008E651E" w:rsidRPr="008E651E" w:rsidRDefault="0088687A" w:rsidP="008E651E">
            <w:pPr>
              <w:bidi/>
              <w:rPr>
                <w:rFonts w:cs="B Nazanin"/>
                <w:b/>
                <w:bCs/>
                <w:sz w:val="34"/>
                <w:szCs w:val="32"/>
                <w:lang w:bidi="fa-IR"/>
              </w:rPr>
            </w:pPr>
            <w:r w:rsidRPr="0088687A">
              <w:rPr>
                <w:rFonts w:cs="B Nazanin" w:hint="cs"/>
                <w:b/>
                <w:bCs/>
                <w:sz w:val="34"/>
                <w:szCs w:val="32"/>
                <w:rtl/>
                <w:lang w:bidi="fa-IR"/>
              </w:rPr>
              <w:t>مرتبه سوم</w:t>
            </w:r>
          </w:p>
        </w:tc>
        <w:tc>
          <w:tcPr>
            <w:tcW w:w="1949" w:type="dxa"/>
            <w:vAlign w:val="center"/>
          </w:tcPr>
          <w:p w14:paraId="3A1DFB8E" w14:textId="4696C01F" w:rsidR="008E651E" w:rsidRPr="008E651E" w:rsidRDefault="0088687A" w:rsidP="008E651E">
            <w:pPr>
              <w:bidi/>
              <w:rPr>
                <w:rFonts w:cs="B Nazanin"/>
                <w:b/>
                <w:bCs/>
                <w:sz w:val="34"/>
                <w:szCs w:val="32"/>
                <w:lang w:bidi="fa-IR"/>
              </w:rPr>
            </w:pPr>
            <w:r w:rsidRPr="0088687A">
              <w:rPr>
                <w:rFonts w:cs="B Nazanin" w:hint="cs"/>
                <w:b/>
                <w:bCs/>
                <w:sz w:val="34"/>
                <w:szCs w:val="32"/>
                <w:rtl/>
                <w:lang w:bidi="fa-IR"/>
              </w:rPr>
              <w:t>مرتبه دوم</w:t>
            </w:r>
          </w:p>
        </w:tc>
        <w:tc>
          <w:tcPr>
            <w:tcW w:w="1949" w:type="dxa"/>
            <w:vAlign w:val="center"/>
          </w:tcPr>
          <w:p w14:paraId="2B483EE5" w14:textId="61B4078A" w:rsidR="008E651E" w:rsidRPr="008E651E" w:rsidRDefault="0088687A" w:rsidP="008E651E">
            <w:pPr>
              <w:bidi/>
              <w:rPr>
                <w:rFonts w:cs="B Nazanin"/>
                <w:b/>
                <w:bCs/>
                <w:sz w:val="34"/>
                <w:szCs w:val="32"/>
                <w:lang w:bidi="fa-IR"/>
              </w:rPr>
            </w:pPr>
            <w:r w:rsidRPr="0088687A">
              <w:rPr>
                <w:rFonts w:cs="B Nazanin" w:hint="cs"/>
                <w:b/>
                <w:bCs/>
                <w:sz w:val="34"/>
                <w:szCs w:val="32"/>
                <w:rtl/>
                <w:lang w:bidi="fa-IR"/>
              </w:rPr>
              <w:t>مرتبه اول</w:t>
            </w:r>
          </w:p>
        </w:tc>
        <w:tc>
          <w:tcPr>
            <w:tcW w:w="1949" w:type="dxa"/>
            <w:vAlign w:val="center"/>
          </w:tcPr>
          <w:p w14:paraId="0DA19589" w14:textId="7CB7D545" w:rsidR="008E651E" w:rsidRPr="008E651E" w:rsidRDefault="0088687A" w:rsidP="008E651E">
            <w:pPr>
              <w:bidi/>
              <w:rPr>
                <w:rFonts w:cs="B Nazanin"/>
                <w:b/>
                <w:bCs/>
                <w:sz w:val="34"/>
                <w:szCs w:val="32"/>
                <w:lang w:bidi="fa-IR"/>
              </w:rPr>
            </w:pPr>
            <w:r w:rsidRPr="0088687A">
              <w:rPr>
                <w:rFonts w:cs="B Nazanin" w:hint="eastAsia"/>
                <w:b/>
                <w:bCs/>
                <w:sz w:val="34"/>
                <w:szCs w:val="32"/>
                <w:rtl/>
                <w:lang w:bidi="fa-IR"/>
              </w:rPr>
              <w:t>طبقه</w:t>
            </w:r>
            <w:r w:rsidRPr="0088687A">
              <w:rPr>
                <w:rFonts w:cs="B Nazanin"/>
                <w:b/>
                <w:bCs/>
                <w:sz w:val="34"/>
                <w:szCs w:val="32"/>
                <w:rtl/>
                <w:lang w:bidi="fa-IR"/>
              </w:rPr>
              <w:t xml:space="preserve"> </w:t>
            </w:r>
            <w:r w:rsidRPr="0088687A">
              <w:rPr>
                <w:rFonts w:cs="B Nazanin" w:hint="eastAsia"/>
                <w:b/>
                <w:bCs/>
                <w:sz w:val="34"/>
                <w:szCs w:val="32"/>
                <w:rtl/>
                <w:lang w:bidi="fa-IR"/>
              </w:rPr>
              <w:t>تخلف</w:t>
            </w:r>
          </w:p>
        </w:tc>
      </w:tr>
      <w:tr w:rsidR="0088687A" w:rsidRPr="0088687A" w14:paraId="0E5C4449" w14:textId="77777777" w:rsidTr="00333C93">
        <w:trPr>
          <w:jc w:val="center"/>
        </w:trPr>
        <w:tc>
          <w:tcPr>
            <w:tcW w:w="1949" w:type="dxa"/>
            <w:vAlign w:val="center"/>
          </w:tcPr>
          <w:p w14:paraId="0F81A649" w14:textId="7850C6A8" w:rsidR="008E651E" w:rsidRPr="008E651E" w:rsidRDefault="0088687A" w:rsidP="008E651E">
            <w:pPr>
              <w:bidi/>
              <w:rPr>
                <w:rFonts w:cs="B Nazanin"/>
                <w:sz w:val="34"/>
                <w:szCs w:val="32"/>
                <w:lang w:bidi="fa-IR"/>
              </w:rPr>
            </w:pP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هـ</w:t>
            </w:r>
            <w:r w:rsidRPr="0088687A">
              <w:rPr>
                <w:rFonts w:cs="B Nazanin"/>
                <w:sz w:val="34"/>
                <w:szCs w:val="32"/>
                <w:rtl/>
                <w:lang w:bidi="fa-IR"/>
              </w:rPr>
              <w:t xml:space="preserve"> 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با</w:t>
            </w:r>
            <w:r w:rsidRPr="0088687A">
              <w:rPr>
                <w:rFonts w:cs="B Nazanin"/>
                <w:sz w:val="34"/>
                <w:szCs w:val="32"/>
                <w:rtl/>
                <w:lang w:bidi="fa-IR"/>
              </w:rPr>
              <w:t xml:space="preserve"> 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رعا</w:t>
            </w:r>
            <w:r w:rsidRPr="0088687A">
              <w:rPr>
                <w:rFonts w:cs="B Nazanin" w:hint="cs"/>
                <w:sz w:val="34"/>
                <w:szCs w:val="32"/>
                <w:rtl/>
                <w:lang w:bidi="fa-IR"/>
              </w:rPr>
              <w:t>ی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ت</w:t>
            </w:r>
            <w:r w:rsidRPr="0088687A">
              <w:rPr>
                <w:rFonts w:cs="B Nazanin"/>
                <w:sz w:val="34"/>
                <w:szCs w:val="32"/>
                <w:rtl/>
                <w:lang w:bidi="fa-IR"/>
              </w:rPr>
              <w:t xml:space="preserve"> 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ماده</w:t>
            </w:r>
            <w:r w:rsidRPr="0088687A">
              <w:rPr>
                <w:rFonts w:cs="B Nazanin"/>
                <w:sz w:val="34"/>
                <w:szCs w:val="32"/>
                <w:rtl/>
                <w:lang w:bidi="fa-IR"/>
              </w:rPr>
              <w:t xml:space="preserve"> ۲۷</w:t>
            </w:r>
          </w:p>
        </w:tc>
        <w:tc>
          <w:tcPr>
            <w:tcW w:w="1949" w:type="dxa"/>
            <w:vAlign w:val="center"/>
          </w:tcPr>
          <w:p w14:paraId="7BD4F656" w14:textId="4608AAF6" w:rsidR="008E651E" w:rsidRPr="008E651E" w:rsidRDefault="0088687A" w:rsidP="008E651E">
            <w:pPr>
              <w:bidi/>
              <w:rPr>
                <w:rFonts w:cs="B Nazanin"/>
                <w:sz w:val="34"/>
                <w:szCs w:val="32"/>
                <w:lang w:bidi="fa-IR"/>
              </w:rPr>
            </w:pPr>
            <w:r w:rsidRPr="0088687A">
              <w:rPr>
                <w:rFonts w:cs="B Nazanin" w:hint="cs"/>
                <w:sz w:val="34"/>
                <w:szCs w:val="32"/>
                <w:rtl/>
                <w:lang w:bidi="fa-IR"/>
              </w:rPr>
              <w:t>ج یا د</w:t>
            </w:r>
          </w:p>
        </w:tc>
        <w:tc>
          <w:tcPr>
            <w:tcW w:w="1949" w:type="dxa"/>
            <w:vAlign w:val="center"/>
          </w:tcPr>
          <w:p w14:paraId="33FB4DCF" w14:textId="73CDE18A" w:rsidR="008E651E" w:rsidRPr="008E651E" w:rsidRDefault="0088687A" w:rsidP="008E651E">
            <w:pPr>
              <w:bidi/>
              <w:rPr>
                <w:rFonts w:cs="B Nazanin"/>
                <w:sz w:val="34"/>
                <w:szCs w:val="32"/>
                <w:lang w:bidi="fa-IR"/>
              </w:rPr>
            </w:pPr>
            <w:r w:rsidRPr="0088687A">
              <w:rPr>
                <w:rFonts w:cs="B Nazanin" w:hint="cs"/>
                <w:sz w:val="34"/>
                <w:szCs w:val="32"/>
                <w:rtl/>
                <w:lang w:bidi="fa-IR"/>
              </w:rPr>
              <w:t>ب یا ج</w:t>
            </w:r>
          </w:p>
        </w:tc>
        <w:tc>
          <w:tcPr>
            <w:tcW w:w="1949" w:type="dxa"/>
            <w:vAlign w:val="center"/>
          </w:tcPr>
          <w:p w14:paraId="4AE4CEBF" w14:textId="06F0F010" w:rsidR="008E651E" w:rsidRPr="008E651E" w:rsidRDefault="0088687A" w:rsidP="008E651E">
            <w:pPr>
              <w:bidi/>
              <w:rPr>
                <w:rFonts w:cs="B Nazanin"/>
                <w:sz w:val="34"/>
                <w:szCs w:val="32"/>
                <w:lang w:bidi="fa-IR"/>
              </w:rPr>
            </w:pPr>
            <w:r w:rsidRPr="0088687A">
              <w:rPr>
                <w:rFonts w:cs="B Nazanin" w:hint="cs"/>
                <w:sz w:val="34"/>
                <w:szCs w:val="32"/>
                <w:rtl/>
                <w:lang w:bidi="fa-IR"/>
              </w:rPr>
              <w:t>الف</w:t>
            </w:r>
          </w:p>
        </w:tc>
        <w:tc>
          <w:tcPr>
            <w:tcW w:w="1949" w:type="dxa"/>
            <w:vAlign w:val="center"/>
          </w:tcPr>
          <w:p w14:paraId="46DC5957" w14:textId="76DFBCCB" w:rsidR="008E651E" w:rsidRPr="008E651E" w:rsidRDefault="0088687A" w:rsidP="008E651E">
            <w:pPr>
              <w:bidi/>
              <w:rPr>
                <w:rFonts w:cs="B Nazanin"/>
                <w:sz w:val="34"/>
                <w:szCs w:val="32"/>
                <w:lang w:bidi="fa-IR"/>
              </w:rPr>
            </w:pPr>
            <w:r w:rsidRPr="0088687A">
              <w:rPr>
                <w:rFonts w:cs="B Nazanin" w:hint="cs"/>
                <w:sz w:val="34"/>
                <w:szCs w:val="32"/>
                <w:rtl/>
                <w:lang w:bidi="fa-IR"/>
              </w:rPr>
              <w:t>اول</w:t>
            </w:r>
          </w:p>
        </w:tc>
      </w:tr>
      <w:tr w:rsidR="0088687A" w:rsidRPr="0088687A" w14:paraId="22B9C3C9" w14:textId="77777777" w:rsidTr="00333C93">
        <w:trPr>
          <w:jc w:val="center"/>
        </w:trPr>
        <w:tc>
          <w:tcPr>
            <w:tcW w:w="1949" w:type="dxa"/>
            <w:vAlign w:val="center"/>
          </w:tcPr>
          <w:p w14:paraId="04B46AA8" w14:textId="3C011CF1" w:rsidR="008E651E" w:rsidRPr="008E651E" w:rsidRDefault="0088687A" w:rsidP="008E651E">
            <w:pPr>
              <w:bidi/>
              <w:rPr>
                <w:rFonts w:cs="B Nazanin"/>
                <w:sz w:val="34"/>
                <w:szCs w:val="32"/>
                <w:lang w:bidi="fa-IR"/>
              </w:rPr>
            </w:pPr>
            <w:r w:rsidRPr="0088687A">
              <w:rPr>
                <w:rFonts w:ascii="Times New Roman" w:hAnsi="Times New Roman" w:cs="Times New Roman" w:hint="cs"/>
                <w:sz w:val="36"/>
                <w:szCs w:val="32"/>
                <w:rtl/>
                <w:lang w:bidi="fa-IR"/>
              </w:rPr>
              <w:t>—</w:t>
            </w:r>
          </w:p>
        </w:tc>
        <w:tc>
          <w:tcPr>
            <w:tcW w:w="1949" w:type="dxa"/>
            <w:vAlign w:val="center"/>
          </w:tcPr>
          <w:p w14:paraId="186C631C" w14:textId="3E34EA28" w:rsidR="008E651E" w:rsidRPr="008E651E" w:rsidRDefault="0088687A" w:rsidP="008E651E">
            <w:pPr>
              <w:bidi/>
              <w:rPr>
                <w:rFonts w:cs="B Nazanin"/>
                <w:sz w:val="34"/>
                <w:szCs w:val="32"/>
                <w:lang w:bidi="fa-IR"/>
              </w:rPr>
            </w:pP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هـ</w:t>
            </w:r>
            <w:r w:rsidRPr="0088687A">
              <w:rPr>
                <w:rFonts w:cs="B Nazanin"/>
                <w:sz w:val="34"/>
                <w:szCs w:val="32"/>
                <w:rtl/>
                <w:lang w:bidi="fa-IR"/>
              </w:rPr>
              <w:t xml:space="preserve"> 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با</w:t>
            </w:r>
            <w:r w:rsidRPr="0088687A">
              <w:rPr>
                <w:rFonts w:cs="B Nazanin"/>
                <w:sz w:val="34"/>
                <w:szCs w:val="32"/>
                <w:rtl/>
                <w:lang w:bidi="fa-IR"/>
              </w:rPr>
              <w:t xml:space="preserve"> 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رعا</w:t>
            </w:r>
            <w:r w:rsidRPr="0088687A">
              <w:rPr>
                <w:rFonts w:cs="B Nazanin" w:hint="cs"/>
                <w:sz w:val="34"/>
                <w:szCs w:val="32"/>
                <w:rtl/>
                <w:lang w:bidi="fa-IR"/>
              </w:rPr>
              <w:t>ی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ت</w:t>
            </w:r>
            <w:r w:rsidRPr="0088687A">
              <w:rPr>
                <w:rFonts w:cs="B Nazanin"/>
                <w:sz w:val="34"/>
                <w:szCs w:val="32"/>
                <w:rtl/>
                <w:lang w:bidi="fa-IR"/>
              </w:rPr>
              <w:t xml:space="preserve"> 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ماده</w:t>
            </w:r>
            <w:r w:rsidRPr="0088687A">
              <w:rPr>
                <w:rFonts w:cs="B Nazanin"/>
                <w:sz w:val="34"/>
                <w:szCs w:val="32"/>
                <w:rtl/>
                <w:lang w:bidi="fa-IR"/>
              </w:rPr>
              <w:t xml:space="preserve"> ۲۷</w:t>
            </w:r>
          </w:p>
        </w:tc>
        <w:tc>
          <w:tcPr>
            <w:tcW w:w="1949" w:type="dxa"/>
            <w:vAlign w:val="center"/>
          </w:tcPr>
          <w:p w14:paraId="1122E5DE" w14:textId="5B581F7D" w:rsidR="008E651E" w:rsidRPr="008E651E" w:rsidRDefault="0088687A" w:rsidP="008E651E">
            <w:pPr>
              <w:bidi/>
              <w:rPr>
                <w:rFonts w:cs="B Nazanin"/>
                <w:sz w:val="34"/>
                <w:szCs w:val="32"/>
                <w:lang w:bidi="fa-IR"/>
              </w:rPr>
            </w:pPr>
            <w:r w:rsidRPr="0088687A">
              <w:rPr>
                <w:rFonts w:cs="B Nazanin" w:hint="cs"/>
                <w:sz w:val="34"/>
                <w:szCs w:val="32"/>
                <w:rtl/>
                <w:lang w:bidi="fa-IR"/>
              </w:rPr>
              <w:t>ج یا د</w:t>
            </w:r>
          </w:p>
        </w:tc>
        <w:tc>
          <w:tcPr>
            <w:tcW w:w="1949" w:type="dxa"/>
            <w:vAlign w:val="center"/>
          </w:tcPr>
          <w:p w14:paraId="02D92E13" w14:textId="1B804120" w:rsidR="008E651E" w:rsidRPr="008E651E" w:rsidRDefault="0088687A" w:rsidP="008E651E">
            <w:pPr>
              <w:bidi/>
              <w:rPr>
                <w:rFonts w:cs="B Nazanin"/>
                <w:sz w:val="34"/>
                <w:szCs w:val="32"/>
                <w:lang w:bidi="fa-IR"/>
              </w:rPr>
            </w:pP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الف</w:t>
            </w:r>
            <w:r w:rsidRPr="0088687A">
              <w:rPr>
                <w:rFonts w:cs="B Nazanin"/>
                <w:sz w:val="34"/>
                <w:szCs w:val="32"/>
                <w:rtl/>
                <w:lang w:bidi="fa-IR"/>
              </w:rPr>
              <w:t xml:space="preserve"> </w:t>
            </w:r>
            <w:r w:rsidRPr="0088687A">
              <w:rPr>
                <w:rFonts w:cs="B Nazanin" w:hint="cs"/>
                <w:sz w:val="34"/>
                <w:szCs w:val="32"/>
                <w:rtl/>
                <w:lang w:bidi="fa-IR"/>
              </w:rPr>
              <w:t>ی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ا</w:t>
            </w:r>
            <w:r w:rsidRPr="0088687A">
              <w:rPr>
                <w:rFonts w:cs="B Nazanin"/>
                <w:sz w:val="34"/>
                <w:szCs w:val="32"/>
                <w:rtl/>
                <w:lang w:bidi="fa-IR"/>
              </w:rPr>
              <w:t xml:space="preserve"> 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ب</w:t>
            </w:r>
            <w:r w:rsidRPr="0088687A">
              <w:rPr>
                <w:rFonts w:cs="B Nazanin"/>
                <w:sz w:val="34"/>
                <w:szCs w:val="32"/>
                <w:rtl/>
                <w:lang w:bidi="fa-IR"/>
              </w:rPr>
              <w:t xml:space="preserve"> </w:t>
            </w:r>
            <w:r w:rsidRPr="0088687A">
              <w:rPr>
                <w:rFonts w:cs="B Nazanin" w:hint="cs"/>
                <w:sz w:val="34"/>
                <w:szCs w:val="32"/>
                <w:rtl/>
                <w:lang w:bidi="fa-IR"/>
              </w:rPr>
              <w:t>ی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ا</w:t>
            </w:r>
            <w:r w:rsidRPr="0088687A">
              <w:rPr>
                <w:rFonts w:cs="B Nazanin"/>
                <w:sz w:val="34"/>
                <w:szCs w:val="32"/>
                <w:rtl/>
                <w:lang w:bidi="fa-IR"/>
              </w:rPr>
              <w:t xml:space="preserve"> 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ج</w:t>
            </w:r>
          </w:p>
        </w:tc>
        <w:tc>
          <w:tcPr>
            <w:tcW w:w="1949" w:type="dxa"/>
            <w:vAlign w:val="center"/>
          </w:tcPr>
          <w:p w14:paraId="60C939C2" w14:textId="3FF6ACA8" w:rsidR="008E651E" w:rsidRPr="008E651E" w:rsidRDefault="0088687A" w:rsidP="008E651E">
            <w:pPr>
              <w:bidi/>
              <w:rPr>
                <w:rFonts w:cs="B Nazanin"/>
                <w:sz w:val="34"/>
                <w:szCs w:val="32"/>
                <w:lang w:bidi="fa-IR"/>
              </w:rPr>
            </w:pPr>
            <w:r w:rsidRPr="0088687A">
              <w:rPr>
                <w:rFonts w:cs="B Nazanin" w:hint="cs"/>
                <w:sz w:val="34"/>
                <w:szCs w:val="32"/>
                <w:rtl/>
                <w:lang w:bidi="fa-IR"/>
              </w:rPr>
              <w:t>دوم</w:t>
            </w:r>
          </w:p>
        </w:tc>
      </w:tr>
      <w:tr w:rsidR="0088687A" w:rsidRPr="0088687A" w14:paraId="3A0BDC4D" w14:textId="77777777" w:rsidTr="00333C93">
        <w:trPr>
          <w:jc w:val="center"/>
        </w:trPr>
        <w:tc>
          <w:tcPr>
            <w:tcW w:w="1949" w:type="dxa"/>
            <w:vAlign w:val="center"/>
          </w:tcPr>
          <w:p w14:paraId="4B98CD9C" w14:textId="7DB3D70B" w:rsidR="008E651E" w:rsidRPr="008E651E" w:rsidRDefault="0088687A" w:rsidP="008E651E">
            <w:pPr>
              <w:bidi/>
              <w:rPr>
                <w:rFonts w:cs="B Nazanin"/>
                <w:sz w:val="34"/>
                <w:szCs w:val="32"/>
                <w:lang w:bidi="fa-IR"/>
              </w:rPr>
            </w:pPr>
            <w:r w:rsidRPr="0088687A">
              <w:rPr>
                <w:rFonts w:ascii="Times New Roman" w:hAnsi="Times New Roman" w:cs="Times New Roman" w:hint="cs"/>
                <w:sz w:val="36"/>
                <w:szCs w:val="32"/>
                <w:rtl/>
                <w:lang w:bidi="fa-IR"/>
              </w:rPr>
              <w:t>—</w:t>
            </w:r>
          </w:p>
        </w:tc>
        <w:tc>
          <w:tcPr>
            <w:tcW w:w="1949" w:type="dxa"/>
            <w:vAlign w:val="center"/>
          </w:tcPr>
          <w:p w14:paraId="4014C079" w14:textId="38C42385" w:rsidR="008E651E" w:rsidRPr="008E651E" w:rsidRDefault="0088687A" w:rsidP="0088687A">
            <w:pPr>
              <w:bidi/>
              <w:rPr>
                <w:rFonts w:cs="B Nazanin"/>
                <w:sz w:val="34"/>
                <w:szCs w:val="32"/>
                <w:lang w:bidi="fa-IR"/>
              </w:rPr>
            </w:pPr>
            <w:r w:rsidRPr="0088687A">
              <w:rPr>
                <w:rFonts w:cs="B Nazanin"/>
                <w:sz w:val="34"/>
                <w:szCs w:val="32"/>
                <w:lang w:bidi="fa-IR"/>
              </w:rPr>
              <w:t>—</w:t>
            </w:r>
          </w:p>
        </w:tc>
        <w:tc>
          <w:tcPr>
            <w:tcW w:w="1949" w:type="dxa"/>
            <w:vAlign w:val="center"/>
          </w:tcPr>
          <w:p w14:paraId="7728C3E3" w14:textId="3015BA40" w:rsidR="008E651E" w:rsidRPr="008E651E" w:rsidRDefault="0088687A" w:rsidP="008E651E">
            <w:pPr>
              <w:bidi/>
              <w:rPr>
                <w:rFonts w:cs="B Nazanin"/>
                <w:sz w:val="34"/>
                <w:szCs w:val="32"/>
                <w:lang w:bidi="fa-IR"/>
              </w:rPr>
            </w:pP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هـ</w:t>
            </w:r>
            <w:r w:rsidRPr="0088687A">
              <w:rPr>
                <w:rFonts w:cs="B Nazanin"/>
                <w:sz w:val="34"/>
                <w:szCs w:val="32"/>
                <w:rtl/>
                <w:lang w:bidi="fa-IR"/>
              </w:rPr>
              <w:t xml:space="preserve"> 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با</w:t>
            </w:r>
            <w:r w:rsidRPr="0088687A">
              <w:rPr>
                <w:rFonts w:cs="B Nazanin"/>
                <w:sz w:val="34"/>
                <w:szCs w:val="32"/>
                <w:rtl/>
                <w:lang w:bidi="fa-IR"/>
              </w:rPr>
              <w:t xml:space="preserve"> 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رعا</w:t>
            </w:r>
            <w:r w:rsidRPr="0088687A">
              <w:rPr>
                <w:rFonts w:cs="B Nazanin" w:hint="cs"/>
                <w:sz w:val="34"/>
                <w:szCs w:val="32"/>
                <w:rtl/>
                <w:lang w:bidi="fa-IR"/>
              </w:rPr>
              <w:t>ی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ت</w:t>
            </w:r>
            <w:r w:rsidRPr="0088687A">
              <w:rPr>
                <w:rFonts w:cs="B Nazanin"/>
                <w:sz w:val="34"/>
                <w:szCs w:val="32"/>
                <w:rtl/>
                <w:lang w:bidi="fa-IR"/>
              </w:rPr>
              <w:t xml:space="preserve"> 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ماده</w:t>
            </w:r>
            <w:r w:rsidRPr="0088687A">
              <w:rPr>
                <w:rFonts w:cs="B Nazanin"/>
                <w:sz w:val="34"/>
                <w:szCs w:val="32"/>
                <w:rtl/>
                <w:lang w:bidi="fa-IR"/>
              </w:rPr>
              <w:t xml:space="preserve"> ۲۷</w:t>
            </w:r>
          </w:p>
        </w:tc>
        <w:tc>
          <w:tcPr>
            <w:tcW w:w="1949" w:type="dxa"/>
            <w:vAlign w:val="center"/>
          </w:tcPr>
          <w:p w14:paraId="71EFC4D0" w14:textId="5816BD53" w:rsidR="008E651E" w:rsidRPr="008E651E" w:rsidRDefault="0088687A" w:rsidP="008E651E">
            <w:pPr>
              <w:bidi/>
              <w:rPr>
                <w:rFonts w:cs="B Nazanin"/>
                <w:sz w:val="34"/>
                <w:szCs w:val="32"/>
                <w:lang w:bidi="fa-IR"/>
              </w:rPr>
            </w:pP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ج</w:t>
            </w:r>
            <w:r w:rsidRPr="0088687A">
              <w:rPr>
                <w:rFonts w:cs="B Nazanin"/>
                <w:sz w:val="34"/>
                <w:szCs w:val="32"/>
                <w:rtl/>
                <w:lang w:bidi="fa-IR"/>
              </w:rPr>
              <w:t xml:space="preserve"> </w:t>
            </w:r>
            <w:r w:rsidRPr="0088687A">
              <w:rPr>
                <w:rFonts w:cs="B Nazanin" w:hint="cs"/>
                <w:sz w:val="34"/>
                <w:szCs w:val="32"/>
                <w:rtl/>
                <w:lang w:bidi="fa-IR"/>
              </w:rPr>
              <w:t>ی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ا</w:t>
            </w:r>
            <w:r w:rsidRPr="0088687A">
              <w:rPr>
                <w:rFonts w:cs="B Nazanin"/>
                <w:sz w:val="34"/>
                <w:szCs w:val="32"/>
                <w:rtl/>
                <w:lang w:bidi="fa-IR"/>
              </w:rPr>
              <w:t xml:space="preserve"> 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د</w:t>
            </w:r>
            <w:r w:rsidRPr="0088687A">
              <w:rPr>
                <w:rFonts w:cs="B Nazanin"/>
                <w:sz w:val="34"/>
                <w:szCs w:val="32"/>
                <w:rtl/>
                <w:lang w:bidi="fa-IR"/>
              </w:rPr>
              <w:t xml:space="preserve"> </w:t>
            </w:r>
            <w:r w:rsidRPr="0088687A">
              <w:rPr>
                <w:rFonts w:cs="B Nazanin" w:hint="cs"/>
                <w:sz w:val="34"/>
                <w:szCs w:val="32"/>
                <w:rtl/>
                <w:lang w:bidi="fa-IR"/>
              </w:rPr>
              <w:t>ی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ا</w:t>
            </w:r>
            <w:r w:rsidRPr="0088687A">
              <w:rPr>
                <w:rFonts w:cs="B Nazanin"/>
                <w:sz w:val="34"/>
                <w:szCs w:val="32"/>
                <w:rtl/>
                <w:lang w:bidi="fa-IR"/>
              </w:rPr>
              <w:t xml:space="preserve"> 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هـ</w:t>
            </w:r>
            <w:r w:rsidRPr="0088687A">
              <w:rPr>
                <w:rFonts w:cs="B Nazanin"/>
                <w:sz w:val="34"/>
                <w:szCs w:val="32"/>
                <w:rtl/>
                <w:lang w:bidi="fa-IR"/>
              </w:rPr>
              <w:t xml:space="preserve"> 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با</w:t>
            </w:r>
            <w:r w:rsidRPr="0088687A">
              <w:rPr>
                <w:rFonts w:cs="B Nazanin"/>
                <w:sz w:val="34"/>
                <w:szCs w:val="32"/>
                <w:rtl/>
                <w:lang w:bidi="fa-IR"/>
              </w:rPr>
              <w:t xml:space="preserve"> 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رعا</w:t>
            </w:r>
            <w:r w:rsidRPr="0088687A">
              <w:rPr>
                <w:rFonts w:cs="B Nazanin" w:hint="cs"/>
                <w:sz w:val="34"/>
                <w:szCs w:val="32"/>
                <w:rtl/>
                <w:lang w:bidi="fa-IR"/>
              </w:rPr>
              <w:t>ی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ت</w:t>
            </w:r>
            <w:r w:rsidRPr="0088687A">
              <w:rPr>
                <w:rFonts w:cs="B Nazanin"/>
                <w:sz w:val="34"/>
                <w:szCs w:val="32"/>
                <w:rtl/>
                <w:lang w:bidi="fa-IR"/>
              </w:rPr>
              <w:t xml:space="preserve"> 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ماده</w:t>
            </w:r>
            <w:r w:rsidRPr="0088687A">
              <w:rPr>
                <w:rFonts w:cs="B Nazanin"/>
                <w:sz w:val="34"/>
                <w:szCs w:val="32"/>
                <w:rtl/>
                <w:lang w:bidi="fa-IR"/>
              </w:rPr>
              <w:t xml:space="preserve"> ۲۷</w:t>
            </w:r>
          </w:p>
        </w:tc>
        <w:tc>
          <w:tcPr>
            <w:tcW w:w="1949" w:type="dxa"/>
            <w:vAlign w:val="center"/>
          </w:tcPr>
          <w:p w14:paraId="165E4864" w14:textId="22F8268D" w:rsidR="008E651E" w:rsidRPr="008E651E" w:rsidRDefault="0088687A" w:rsidP="008E651E">
            <w:pPr>
              <w:bidi/>
              <w:rPr>
                <w:rFonts w:cs="B Nazanin"/>
                <w:sz w:val="34"/>
                <w:szCs w:val="32"/>
                <w:lang w:bidi="fa-IR"/>
              </w:rPr>
            </w:pPr>
            <w:r w:rsidRPr="0088687A">
              <w:rPr>
                <w:rFonts w:cs="B Nazanin" w:hint="cs"/>
                <w:sz w:val="34"/>
                <w:szCs w:val="32"/>
                <w:rtl/>
                <w:lang w:bidi="fa-IR"/>
              </w:rPr>
              <w:t>سوم</w:t>
            </w:r>
          </w:p>
        </w:tc>
      </w:tr>
      <w:tr w:rsidR="0088687A" w:rsidRPr="0088687A" w14:paraId="1881D4D6" w14:textId="77777777" w:rsidTr="00333C93">
        <w:trPr>
          <w:jc w:val="center"/>
        </w:trPr>
        <w:tc>
          <w:tcPr>
            <w:tcW w:w="1949" w:type="dxa"/>
            <w:vAlign w:val="center"/>
          </w:tcPr>
          <w:p w14:paraId="740F43BF" w14:textId="6C62C490" w:rsidR="008E651E" w:rsidRPr="008E651E" w:rsidRDefault="0088687A" w:rsidP="008E651E">
            <w:pPr>
              <w:bidi/>
              <w:rPr>
                <w:rFonts w:cs="B Nazanin"/>
                <w:sz w:val="34"/>
                <w:szCs w:val="32"/>
                <w:lang w:bidi="fa-IR"/>
              </w:rPr>
            </w:pPr>
            <w:r w:rsidRPr="0088687A">
              <w:rPr>
                <w:rFonts w:ascii="Times New Roman" w:hAnsi="Times New Roman" w:cs="Times New Roman" w:hint="cs"/>
                <w:sz w:val="36"/>
                <w:szCs w:val="32"/>
                <w:rtl/>
                <w:lang w:bidi="fa-IR"/>
              </w:rPr>
              <w:t>—</w:t>
            </w:r>
          </w:p>
        </w:tc>
        <w:tc>
          <w:tcPr>
            <w:tcW w:w="1949" w:type="dxa"/>
            <w:vAlign w:val="center"/>
          </w:tcPr>
          <w:p w14:paraId="08A6E50F" w14:textId="33BD1F02" w:rsidR="008E651E" w:rsidRPr="008E651E" w:rsidRDefault="0088687A" w:rsidP="0088687A">
            <w:pPr>
              <w:bidi/>
              <w:rPr>
                <w:rFonts w:cs="B Nazanin"/>
                <w:sz w:val="34"/>
                <w:szCs w:val="32"/>
                <w:lang w:bidi="fa-IR"/>
              </w:rPr>
            </w:pPr>
            <w:r w:rsidRPr="0088687A">
              <w:rPr>
                <w:rFonts w:cs="B Nazanin"/>
                <w:sz w:val="34"/>
                <w:szCs w:val="32"/>
                <w:lang w:bidi="fa-IR"/>
              </w:rPr>
              <w:t>—</w:t>
            </w:r>
          </w:p>
        </w:tc>
        <w:tc>
          <w:tcPr>
            <w:tcW w:w="1949" w:type="dxa"/>
            <w:vAlign w:val="center"/>
          </w:tcPr>
          <w:p w14:paraId="05AE2EDE" w14:textId="05D97C15" w:rsidR="008E651E" w:rsidRPr="008E651E" w:rsidRDefault="0088687A" w:rsidP="0088687A">
            <w:pPr>
              <w:bidi/>
              <w:rPr>
                <w:rFonts w:cs="B Nazanin"/>
                <w:sz w:val="34"/>
                <w:szCs w:val="32"/>
                <w:lang w:bidi="fa-IR"/>
              </w:rPr>
            </w:pPr>
            <w:r w:rsidRPr="0088687A">
              <w:rPr>
                <w:rFonts w:cs="B Nazanin"/>
                <w:sz w:val="34"/>
                <w:szCs w:val="32"/>
                <w:lang w:bidi="fa-IR"/>
              </w:rPr>
              <w:t>—</w:t>
            </w:r>
          </w:p>
        </w:tc>
        <w:tc>
          <w:tcPr>
            <w:tcW w:w="1949" w:type="dxa"/>
            <w:vAlign w:val="center"/>
          </w:tcPr>
          <w:p w14:paraId="0648B9E4" w14:textId="16F0D9AB" w:rsidR="008E651E" w:rsidRPr="008E651E" w:rsidRDefault="0088687A" w:rsidP="008E651E">
            <w:pPr>
              <w:bidi/>
              <w:rPr>
                <w:rFonts w:cs="B Nazanin"/>
                <w:sz w:val="34"/>
                <w:szCs w:val="32"/>
                <w:lang w:bidi="fa-IR"/>
              </w:rPr>
            </w:pP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هـ</w:t>
            </w:r>
            <w:r w:rsidRPr="0088687A">
              <w:rPr>
                <w:rFonts w:cs="B Nazanin"/>
                <w:sz w:val="34"/>
                <w:szCs w:val="32"/>
                <w:rtl/>
                <w:lang w:bidi="fa-IR"/>
              </w:rPr>
              <w:t xml:space="preserve"> 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با</w:t>
            </w:r>
            <w:r w:rsidRPr="0088687A">
              <w:rPr>
                <w:rFonts w:cs="B Nazanin"/>
                <w:sz w:val="34"/>
                <w:szCs w:val="32"/>
                <w:rtl/>
                <w:lang w:bidi="fa-IR"/>
              </w:rPr>
              <w:t xml:space="preserve"> 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رعا</w:t>
            </w:r>
            <w:r w:rsidRPr="0088687A">
              <w:rPr>
                <w:rFonts w:cs="B Nazanin" w:hint="cs"/>
                <w:sz w:val="34"/>
                <w:szCs w:val="32"/>
                <w:rtl/>
                <w:lang w:bidi="fa-IR"/>
              </w:rPr>
              <w:t>ی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ت</w:t>
            </w:r>
            <w:r w:rsidRPr="0088687A">
              <w:rPr>
                <w:rFonts w:cs="B Nazanin"/>
                <w:sz w:val="34"/>
                <w:szCs w:val="32"/>
                <w:rtl/>
                <w:lang w:bidi="fa-IR"/>
              </w:rPr>
              <w:t xml:space="preserve"> 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ماده</w:t>
            </w:r>
            <w:r w:rsidRPr="0088687A">
              <w:rPr>
                <w:rFonts w:cs="B Nazanin"/>
                <w:sz w:val="34"/>
                <w:szCs w:val="32"/>
                <w:rtl/>
                <w:lang w:bidi="fa-IR"/>
              </w:rPr>
              <w:t xml:space="preserve"> ۲۷</w:t>
            </w:r>
          </w:p>
        </w:tc>
        <w:tc>
          <w:tcPr>
            <w:tcW w:w="1949" w:type="dxa"/>
            <w:vAlign w:val="center"/>
          </w:tcPr>
          <w:p w14:paraId="2F101EFE" w14:textId="019BB633" w:rsidR="008E651E" w:rsidRPr="008E651E" w:rsidRDefault="0088687A" w:rsidP="008E651E">
            <w:pPr>
              <w:bidi/>
              <w:rPr>
                <w:rFonts w:cs="B Nazanin"/>
                <w:sz w:val="34"/>
                <w:szCs w:val="32"/>
                <w:lang w:bidi="fa-IR"/>
              </w:rPr>
            </w:pPr>
            <w:r w:rsidRPr="0088687A">
              <w:rPr>
                <w:rFonts w:cs="B Nazanin" w:hint="cs"/>
                <w:sz w:val="34"/>
                <w:szCs w:val="32"/>
                <w:rtl/>
                <w:lang w:bidi="fa-IR"/>
              </w:rPr>
              <w:t>چهارم</w:t>
            </w:r>
          </w:p>
        </w:tc>
      </w:tr>
    </w:tbl>
    <w:p w14:paraId="47CED20F" w14:textId="77777777" w:rsidR="008E651E" w:rsidRPr="008E651E" w:rsidRDefault="008E651E" w:rsidP="008E651E">
      <w:pPr>
        <w:bidi/>
        <w:rPr>
          <w:rFonts w:cs="B Nazanin"/>
          <w:sz w:val="34"/>
          <w:szCs w:val="32"/>
          <w:lang w:bidi="fa-IR"/>
        </w:rPr>
      </w:pPr>
    </w:p>
    <w:p w14:paraId="33B70000" w14:textId="69A4CA78" w:rsidR="00246528" w:rsidRPr="0088687A" w:rsidRDefault="00246528" w:rsidP="00246528">
      <w:pPr>
        <w:bidi/>
        <w:rPr>
          <w:rFonts w:cs="B Nazanin"/>
          <w:sz w:val="34"/>
          <w:szCs w:val="32"/>
          <w:lang w:bidi="fa-IR"/>
        </w:rPr>
      </w:pPr>
      <w:r w:rsidRPr="0088687A">
        <w:rPr>
          <w:rFonts w:cs="B Nazanin" w:hint="eastAsia"/>
          <w:b/>
          <w:bCs/>
          <w:sz w:val="34"/>
          <w:szCs w:val="32"/>
          <w:rtl/>
          <w:lang w:bidi="fa-IR"/>
        </w:rPr>
        <w:t>توجه</w:t>
      </w:r>
      <w:r w:rsidRPr="0088687A">
        <w:rPr>
          <w:rFonts w:cs="B Nazanin"/>
          <w:b/>
          <w:bCs/>
          <w:sz w:val="34"/>
          <w:szCs w:val="32"/>
          <w:rtl/>
          <w:lang w:bidi="fa-IR"/>
        </w:rPr>
        <w:t>: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گز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نه‌ها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ن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جدول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از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الگو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ارسال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اقتباس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و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ب</w:t>
      </w:r>
      <w:r w:rsidR="0088687A">
        <w:rPr>
          <w:rFonts w:cs="B Nazanin" w:hint="eastAsia"/>
          <w:sz w:val="34"/>
          <w:szCs w:val="32"/>
          <w:rtl/>
          <w:lang w:bidi="fa-IR"/>
        </w:rPr>
        <w:t>رای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کارگاه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فرض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بازآ</w:t>
      </w:r>
      <w:r w:rsidR="0088687A">
        <w:rPr>
          <w:rFonts w:cs="B Nazanin" w:hint="eastAsia"/>
          <w:sz w:val="34"/>
          <w:szCs w:val="32"/>
          <w:rtl/>
          <w:lang w:bidi="fa-IR"/>
        </w:rPr>
        <w:t>رای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شده‌اند؛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تع</w:t>
      </w:r>
      <w:r w:rsidRPr="0088687A">
        <w:rPr>
          <w:rFonts w:cs="B Nazanin" w:hint="cs"/>
          <w:sz w:val="34"/>
          <w:szCs w:val="32"/>
          <w:rtl/>
          <w:lang w:bidi="fa-IR"/>
        </w:rPr>
        <w:t>یی</w:t>
      </w:r>
      <w:r w:rsidRPr="0088687A">
        <w:rPr>
          <w:rFonts w:cs="B Nazanin" w:hint="eastAsia"/>
          <w:sz w:val="34"/>
          <w:szCs w:val="32"/>
          <w:rtl/>
          <w:lang w:bidi="fa-IR"/>
        </w:rPr>
        <w:t>ن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نها</w:t>
      </w:r>
      <w:r w:rsidRPr="0088687A">
        <w:rPr>
          <w:rFonts w:cs="B Nazanin" w:hint="cs"/>
          <w:sz w:val="34"/>
          <w:szCs w:val="32"/>
          <w:rtl/>
          <w:lang w:bidi="fa-IR"/>
        </w:rPr>
        <w:t>یی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تناسب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تخلف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و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تنب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ه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و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امکان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اج</w:t>
      </w:r>
      <w:r w:rsidR="0088687A">
        <w:rPr>
          <w:rFonts w:cs="B Nazanin" w:hint="eastAsia"/>
          <w:sz w:val="34"/>
          <w:szCs w:val="32"/>
          <w:rtl/>
          <w:lang w:bidi="fa-IR"/>
        </w:rPr>
        <w:t>رای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بندها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ج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و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د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ن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ازمند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بررس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حقوق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و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="0088687A">
        <w:rPr>
          <w:rFonts w:cs="B Nazanin" w:hint="eastAsia"/>
          <w:sz w:val="34"/>
          <w:szCs w:val="32"/>
          <w:rtl/>
          <w:lang w:bidi="fa-IR"/>
        </w:rPr>
        <w:t>تایید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است</w:t>
      </w:r>
      <w:r w:rsidRPr="0088687A">
        <w:rPr>
          <w:rFonts w:cs="B Nazanin"/>
          <w:sz w:val="34"/>
          <w:szCs w:val="32"/>
          <w:rtl/>
          <w:lang w:bidi="fa-IR"/>
        </w:rPr>
        <w:t>.</w:t>
      </w:r>
    </w:p>
    <w:p w14:paraId="37BBBF10" w14:textId="73907674" w:rsidR="008E651E" w:rsidRDefault="00246528" w:rsidP="00246528">
      <w:pPr>
        <w:bidi/>
        <w:rPr>
          <w:rFonts w:cs="B Nazanin"/>
          <w:sz w:val="34"/>
          <w:szCs w:val="32"/>
          <w:rtl/>
          <w:lang w:bidi="fa-IR"/>
        </w:rPr>
      </w:pPr>
      <w:r w:rsidRPr="0088687A">
        <w:rPr>
          <w:rFonts w:cs="B Nazanin" w:hint="eastAsia"/>
          <w:b/>
          <w:bCs/>
          <w:sz w:val="34"/>
          <w:szCs w:val="32"/>
          <w:rtl/>
          <w:lang w:bidi="fa-IR"/>
        </w:rPr>
        <w:t>ماده</w:t>
      </w:r>
      <w:r w:rsidRPr="0088687A">
        <w:rPr>
          <w:rFonts w:cs="B Nazanin"/>
          <w:b/>
          <w:bCs/>
          <w:sz w:val="34"/>
          <w:szCs w:val="32"/>
          <w:rtl/>
          <w:lang w:bidi="fa-IR"/>
        </w:rPr>
        <w:t xml:space="preserve"> 10 </w:t>
      </w:r>
      <w:r w:rsidRPr="0088687A">
        <w:rPr>
          <w:rFonts w:cs="B Nazanin" w:hint="eastAsia"/>
          <w:b/>
          <w:bCs/>
          <w:sz w:val="34"/>
          <w:szCs w:val="32"/>
          <w:rtl/>
          <w:lang w:bidi="fa-IR"/>
        </w:rPr>
        <w:t>ـ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="0088687A">
        <w:rPr>
          <w:rFonts w:cs="B Nazanin" w:hint="eastAsia"/>
          <w:sz w:val="34"/>
          <w:szCs w:val="32"/>
          <w:rtl/>
          <w:lang w:bidi="fa-IR"/>
        </w:rPr>
        <w:t>تاخیر</w:t>
      </w:r>
      <w:r w:rsidRPr="0088687A">
        <w:rPr>
          <w:rFonts w:cs="B Nazanin" w:hint="eastAsia"/>
          <w:sz w:val="34"/>
          <w:szCs w:val="32"/>
          <w:rtl/>
          <w:lang w:bidi="fa-IR"/>
        </w:rPr>
        <w:t>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خروج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زودهنگام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و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غ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بت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غ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رموجه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پس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از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احراز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و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با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رعا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ت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مقررات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مزد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و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مرخص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بررس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</w:t>
      </w:r>
      <w:r w:rsidRPr="0088687A">
        <w:rPr>
          <w:rFonts w:cs="B Nazanin" w:hint="cs"/>
          <w:sz w:val="34"/>
          <w:szCs w:val="32"/>
          <w:rtl/>
          <w:lang w:bidi="fa-IR"/>
        </w:rPr>
        <w:t>ی‌</w:t>
      </w:r>
      <w:r w:rsidRPr="0088687A">
        <w:rPr>
          <w:rFonts w:cs="B Nazanin" w:hint="eastAsia"/>
          <w:sz w:val="34"/>
          <w:szCs w:val="32"/>
          <w:rtl/>
          <w:lang w:bidi="fa-IR"/>
        </w:rPr>
        <w:t>شوند</w:t>
      </w:r>
      <w:r w:rsidRPr="0088687A">
        <w:rPr>
          <w:rFonts w:cs="B Nazanin"/>
          <w:sz w:val="34"/>
          <w:szCs w:val="32"/>
          <w:rtl/>
          <w:lang w:bidi="fa-IR"/>
        </w:rPr>
        <w:t xml:space="preserve">. </w:t>
      </w:r>
      <w:r w:rsidRPr="0088687A">
        <w:rPr>
          <w:rFonts w:cs="B Nazanin" w:hint="eastAsia"/>
          <w:sz w:val="34"/>
          <w:szCs w:val="32"/>
          <w:rtl/>
          <w:lang w:bidi="fa-IR"/>
        </w:rPr>
        <w:t>کسر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مزد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به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زان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کار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انجام‌نشده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و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در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حدود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قانون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مجاز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است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و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هرگونه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تنب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ه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اضاف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تابع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آ</w:t>
      </w:r>
      <w:r w:rsidRPr="0088687A">
        <w:rPr>
          <w:rFonts w:cs="B Nazanin" w:hint="cs"/>
          <w:sz w:val="34"/>
          <w:szCs w:val="32"/>
          <w:rtl/>
          <w:lang w:bidi="fa-IR"/>
        </w:rPr>
        <w:t>یی</w:t>
      </w:r>
      <w:r w:rsidRPr="0088687A">
        <w:rPr>
          <w:rFonts w:cs="B Nazanin" w:hint="eastAsia"/>
          <w:sz w:val="34"/>
          <w:szCs w:val="32"/>
          <w:rtl/>
          <w:lang w:bidi="fa-IR"/>
        </w:rPr>
        <w:t>ن‌نامه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مصوب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خواهد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بود</w:t>
      </w:r>
      <w:r w:rsidRPr="0088687A">
        <w:rPr>
          <w:rFonts w:cs="B Nazanin"/>
          <w:sz w:val="34"/>
          <w:szCs w:val="32"/>
          <w:rtl/>
          <w:lang w:bidi="fa-IR"/>
        </w:rPr>
        <w:t>.</w:t>
      </w:r>
    </w:p>
    <w:p w14:paraId="025C0324" w14:textId="77777777" w:rsidR="008E651E" w:rsidRDefault="008E651E" w:rsidP="0088687A">
      <w:pPr>
        <w:bidi/>
        <w:rPr>
          <w:rFonts w:cs="B Nazanin"/>
          <w:sz w:val="34"/>
          <w:szCs w:val="32"/>
          <w:rtl/>
          <w:lang w:bidi="fa-IR"/>
        </w:rPr>
      </w:pPr>
    </w:p>
    <w:p w14:paraId="257AEF1B" w14:textId="77777777" w:rsidR="008E651E" w:rsidRDefault="008E651E" w:rsidP="0088687A">
      <w:pPr>
        <w:bidi/>
        <w:rPr>
          <w:rFonts w:cs="B Nazanin"/>
          <w:sz w:val="34"/>
          <w:szCs w:val="32"/>
          <w:rtl/>
          <w:lang w:bidi="fa-IR"/>
        </w:rPr>
      </w:pPr>
    </w:p>
    <w:p w14:paraId="72F7AD35" w14:textId="77777777" w:rsidR="008E651E" w:rsidRDefault="008E651E" w:rsidP="0088687A">
      <w:pPr>
        <w:bidi/>
        <w:rPr>
          <w:rFonts w:cs="B Nazanin"/>
          <w:sz w:val="34"/>
          <w:szCs w:val="32"/>
          <w:rtl/>
          <w:lang w:bidi="fa-IR"/>
        </w:rPr>
      </w:pPr>
    </w:p>
    <w:p w14:paraId="3DD291B8" w14:textId="77777777" w:rsidR="008E651E" w:rsidRDefault="008E651E" w:rsidP="0088687A">
      <w:pPr>
        <w:bidi/>
        <w:rPr>
          <w:rFonts w:cs="B Nazanin"/>
          <w:sz w:val="34"/>
          <w:szCs w:val="32"/>
          <w:rtl/>
          <w:lang w:bidi="fa-IR"/>
        </w:rPr>
      </w:pPr>
    </w:p>
    <w:p w14:paraId="2742001E" w14:textId="77777777" w:rsidR="008E651E" w:rsidRPr="008E651E" w:rsidRDefault="008E651E" w:rsidP="0088687A">
      <w:pPr>
        <w:bidi/>
        <w:rPr>
          <w:rFonts w:cs="B Nazanin"/>
          <w:sz w:val="34"/>
          <w:szCs w:val="32"/>
          <w:lang w:bidi="fa-IR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58"/>
        <w:gridCol w:w="1877"/>
      </w:tblGrid>
      <w:tr w:rsidR="00246528" w:rsidRPr="0088687A" w14:paraId="156A2B87" w14:textId="77777777" w:rsidTr="00333C93">
        <w:trPr>
          <w:jc w:val="center"/>
        </w:trPr>
        <w:tc>
          <w:tcPr>
            <w:tcW w:w="1949" w:type="dxa"/>
            <w:vAlign w:val="center"/>
          </w:tcPr>
          <w:p w14:paraId="48BFE19F" w14:textId="1AB5D6A8" w:rsidR="008E651E" w:rsidRPr="008E651E" w:rsidRDefault="00246528" w:rsidP="008E651E">
            <w:pPr>
              <w:bidi/>
              <w:rPr>
                <w:rFonts w:cs="B Nazanin"/>
                <w:b/>
                <w:bCs/>
                <w:sz w:val="34"/>
                <w:szCs w:val="32"/>
                <w:lang w:bidi="fa-IR"/>
              </w:rPr>
            </w:pPr>
            <w:r w:rsidRPr="0088687A">
              <w:rPr>
                <w:rFonts w:cs="B Nazanin" w:hint="cs"/>
                <w:b/>
                <w:bCs/>
                <w:sz w:val="34"/>
                <w:szCs w:val="32"/>
                <w:rtl/>
                <w:lang w:bidi="fa-IR"/>
              </w:rPr>
              <w:lastRenderedPageBreak/>
              <w:t>نوبت سوم</w:t>
            </w:r>
          </w:p>
        </w:tc>
        <w:tc>
          <w:tcPr>
            <w:tcW w:w="1949" w:type="dxa"/>
            <w:vAlign w:val="center"/>
          </w:tcPr>
          <w:p w14:paraId="043F631D" w14:textId="2CDF23A7" w:rsidR="008E651E" w:rsidRPr="008E651E" w:rsidRDefault="00246528" w:rsidP="008E651E">
            <w:pPr>
              <w:bidi/>
              <w:rPr>
                <w:rFonts w:cs="B Nazanin"/>
                <w:b/>
                <w:bCs/>
                <w:sz w:val="34"/>
                <w:szCs w:val="32"/>
                <w:lang w:bidi="fa-IR"/>
              </w:rPr>
            </w:pPr>
            <w:r w:rsidRPr="0088687A">
              <w:rPr>
                <w:rFonts w:cs="B Nazanin" w:hint="cs"/>
                <w:b/>
                <w:bCs/>
                <w:sz w:val="34"/>
                <w:szCs w:val="32"/>
                <w:rtl/>
                <w:lang w:bidi="fa-IR"/>
              </w:rPr>
              <w:t>نوبت دوم</w:t>
            </w:r>
          </w:p>
        </w:tc>
        <w:tc>
          <w:tcPr>
            <w:tcW w:w="1949" w:type="dxa"/>
            <w:vAlign w:val="center"/>
          </w:tcPr>
          <w:p w14:paraId="0EC9F48E" w14:textId="4500A6F4" w:rsidR="008E651E" w:rsidRPr="008E651E" w:rsidRDefault="00246528" w:rsidP="008E651E">
            <w:pPr>
              <w:bidi/>
              <w:rPr>
                <w:rFonts w:cs="B Nazanin"/>
                <w:b/>
                <w:bCs/>
                <w:sz w:val="34"/>
                <w:szCs w:val="32"/>
                <w:lang w:bidi="fa-IR"/>
              </w:rPr>
            </w:pPr>
            <w:r w:rsidRPr="0088687A">
              <w:rPr>
                <w:rFonts w:cs="B Nazanin" w:hint="cs"/>
                <w:b/>
                <w:bCs/>
                <w:sz w:val="34"/>
                <w:szCs w:val="32"/>
                <w:rtl/>
                <w:lang w:bidi="fa-IR"/>
              </w:rPr>
              <w:t>نوبت اول</w:t>
            </w:r>
          </w:p>
        </w:tc>
        <w:tc>
          <w:tcPr>
            <w:tcW w:w="1949" w:type="dxa"/>
            <w:vAlign w:val="center"/>
          </w:tcPr>
          <w:p w14:paraId="74B794B8" w14:textId="52FBA6C6" w:rsidR="008E651E" w:rsidRPr="008E651E" w:rsidRDefault="00246528" w:rsidP="008E651E">
            <w:pPr>
              <w:bidi/>
              <w:rPr>
                <w:rFonts w:cs="B Nazanin"/>
                <w:b/>
                <w:bCs/>
                <w:sz w:val="34"/>
                <w:szCs w:val="32"/>
                <w:lang w:bidi="fa-IR"/>
              </w:rPr>
            </w:pPr>
            <w:r w:rsidRPr="0088687A">
              <w:rPr>
                <w:rFonts w:cs="B Nazanin" w:hint="cs"/>
                <w:b/>
                <w:bCs/>
                <w:sz w:val="34"/>
                <w:szCs w:val="32"/>
                <w:rtl/>
                <w:lang w:bidi="fa-IR"/>
              </w:rPr>
              <w:t>بازه فرضی</w:t>
            </w:r>
          </w:p>
        </w:tc>
        <w:tc>
          <w:tcPr>
            <w:tcW w:w="1949" w:type="dxa"/>
            <w:vAlign w:val="center"/>
          </w:tcPr>
          <w:p w14:paraId="41D14C55" w14:textId="66E4D71A" w:rsidR="008E651E" w:rsidRPr="008E651E" w:rsidRDefault="00246528" w:rsidP="008E651E">
            <w:pPr>
              <w:bidi/>
              <w:rPr>
                <w:rFonts w:cs="B Nazanin"/>
                <w:b/>
                <w:bCs/>
                <w:sz w:val="34"/>
                <w:szCs w:val="32"/>
                <w:lang w:bidi="fa-IR"/>
              </w:rPr>
            </w:pPr>
            <w:r w:rsidRPr="0088687A">
              <w:rPr>
                <w:rFonts w:cs="B Nazanin" w:hint="cs"/>
                <w:b/>
                <w:bCs/>
                <w:sz w:val="34"/>
                <w:szCs w:val="32"/>
                <w:rtl/>
                <w:lang w:bidi="fa-IR"/>
              </w:rPr>
              <w:t>موضوع</w:t>
            </w:r>
          </w:p>
        </w:tc>
      </w:tr>
      <w:tr w:rsidR="00246528" w:rsidRPr="0088687A" w14:paraId="5E376D63" w14:textId="77777777" w:rsidTr="00333C93">
        <w:trPr>
          <w:jc w:val="center"/>
        </w:trPr>
        <w:tc>
          <w:tcPr>
            <w:tcW w:w="1949" w:type="dxa"/>
            <w:vAlign w:val="center"/>
          </w:tcPr>
          <w:p w14:paraId="25149AEF" w14:textId="5A0B0655" w:rsidR="008E651E" w:rsidRPr="008E651E" w:rsidRDefault="00246528" w:rsidP="008E651E">
            <w:pPr>
              <w:bidi/>
              <w:rPr>
                <w:rFonts w:cs="B Nazanin"/>
                <w:sz w:val="34"/>
                <w:szCs w:val="32"/>
                <w:lang w:bidi="fa-IR"/>
              </w:rPr>
            </w:pP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ارجاع</w:t>
            </w:r>
            <w:r w:rsidRPr="0088687A">
              <w:rPr>
                <w:rFonts w:cs="B Nazanin"/>
                <w:sz w:val="34"/>
                <w:szCs w:val="32"/>
                <w:rtl/>
                <w:lang w:bidi="fa-IR"/>
              </w:rPr>
              <w:t xml:space="preserve"> 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به</w:t>
            </w:r>
            <w:r w:rsidRPr="0088687A">
              <w:rPr>
                <w:rFonts w:cs="B Nazanin"/>
                <w:sz w:val="34"/>
                <w:szCs w:val="32"/>
                <w:rtl/>
                <w:lang w:bidi="fa-IR"/>
              </w:rPr>
              <w:t xml:space="preserve"> 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کم</w:t>
            </w:r>
            <w:r w:rsidRPr="0088687A">
              <w:rPr>
                <w:rFonts w:cs="B Nazanin" w:hint="cs"/>
                <w:sz w:val="34"/>
                <w:szCs w:val="32"/>
                <w:rtl/>
                <w:lang w:bidi="fa-IR"/>
              </w:rPr>
              <w:t>ی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ته</w:t>
            </w:r>
          </w:p>
        </w:tc>
        <w:tc>
          <w:tcPr>
            <w:tcW w:w="1949" w:type="dxa"/>
            <w:vAlign w:val="center"/>
          </w:tcPr>
          <w:p w14:paraId="228881D7" w14:textId="0BF5E049" w:rsidR="008E651E" w:rsidRPr="008E651E" w:rsidRDefault="00246528" w:rsidP="008E651E">
            <w:pPr>
              <w:bidi/>
              <w:rPr>
                <w:rFonts w:cs="B Nazanin"/>
                <w:sz w:val="34"/>
                <w:szCs w:val="32"/>
                <w:lang w:bidi="fa-IR"/>
              </w:rPr>
            </w:pP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تذکر</w:t>
            </w:r>
            <w:r w:rsidRPr="0088687A">
              <w:rPr>
                <w:rFonts w:cs="B Nazanin"/>
                <w:sz w:val="34"/>
                <w:szCs w:val="32"/>
                <w:rtl/>
                <w:lang w:bidi="fa-IR"/>
              </w:rPr>
              <w:t xml:space="preserve"> 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کتب</w:t>
            </w:r>
            <w:r w:rsidRPr="0088687A">
              <w:rPr>
                <w:rFonts w:cs="B Nazanin" w:hint="cs"/>
                <w:sz w:val="34"/>
                <w:szCs w:val="32"/>
                <w:rtl/>
                <w:lang w:bidi="fa-IR"/>
              </w:rPr>
              <w:t>ی</w:t>
            </w:r>
            <w:r w:rsidRPr="0088687A">
              <w:rPr>
                <w:rFonts w:cs="B Nazanin"/>
                <w:sz w:val="34"/>
                <w:szCs w:val="32"/>
                <w:rtl/>
                <w:lang w:bidi="fa-IR"/>
              </w:rPr>
              <w:t xml:space="preserve"> 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دوم</w:t>
            </w:r>
          </w:p>
        </w:tc>
        <w:tc>
          <w:tcPr>
            <w:tcW w:w="1949" w:type="dxa"/>
            <w:vAlign w:val="center"/>
          </w:tcPr>
          <w:p w14:paraId="69E9E5BA" w14:textId="2D51AEDA" w:rsidR="008E651E" w:rsidRPr="008E651E" w:rsidRDefault="00246528" w:rsidP="008E651E">
            <w:pPr>
              <w:bidi/>
              <w:rPr>
                <w:rFonts w:cs="B Nazanin"/>
                <w:sz w:val="34"/>
                <w:szCs w:val="32"/>
                <w:lang w:bidi="fa-IR"/>
              </w:rPr>
            </w:pP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ثبت</w:t>
            </w:r>
            <w:r w:rsidRPr="0088687A">
              <w:rPr>
                <w:rFonts w:cs="B Nazanin"/>
                <w:sz w:val="34"/>
                <w:szCs w:val="32"/>
                <w:rtl/>
                <w:lang w:bidi="fa-IR"/>
              </w:rPr>
              <w:t xml:space="preserve"> 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و</w:t>
            </w:r>
            <w:r w:rsidRPr="0088687A">
              <w:rPr>
                <w:rFonts w:cs="B Nazanin"/>
                <w:sz w:val="34"/>
                <w:szCs w:val="32"/>
                <w:rtl/>
                <w:lang w:bidi="fa-IR"/>
              </w:rPr>
              <w:t xml:space="preserve"> 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تذکر</w:t>
            </w:r>
            <w:r w:rsidRPr="0088687A">
              <w:rPr>
                <w:rFonts w:cs="B Nazanin"/>
                <w:sz w:val="34"/>
                <w:szCs w:val="32"/>
                <w:rtl/>
                <w:lang w:bidi="fa-IR"/>
              </w:rPr>
              <w:t xml:space="preserve"> 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کتب</w:t>
            </w:r>
            <w:r w:rsidRPr="0088687A">
              <w:rPr>
                <w:rFonts w:cs="B Nazanin" w:hint="cs"/>
                <w:sz w:val="34"/>
                <w:szCs w:val="32"/>
                <w:rtl/>
                <w:lang w:bidi="fa-IR"/>
              </w:rPr>
              <w:t>ی</w:t>
            </w:r>
            <w:r w:rsidRPr="0088687A">
              <w:rPr>
                <w:rFonts w:cs="B Nazanin"/>
                <w:sz w:val="34"/>
                <w:szCs w:val="32"/>
                <w:rtl/>
                <w:lang w:bidi="fa-IR"/>
              </w:rPr>
              <w:t xml:space="preserve"> 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اول</w:t>
            </w:r>
          </w:p>
        </w:tc>
        <w:tc>
          <w:tcPr>
            <w:tcW w:w="1949" w:type="dxa"/>
            <w:vAlign w:val="center"/>
          </w:tcPr>
          <w:p w14:paraId="4D1EFB7E" w14:textId="348DA9FF" w:rsidR="008E651E" w:rsidRPr="008E651E" w:rsidRDefault="00246528" w:rsidP="008E651E">
            <w:pPr>
              <w:bidi/>
              <w:rPr>
                <w:rFonts w:cs="B Nazanin"/>
                <w:sz w:val="34"/>
                <w:szCs w:val="32"/>
                <w:lang w:bidi="fa-IR"/>
              </w:rPr>
            </w:pPr>
            <w:r w:rsidRPr="0088687A">
              <w:rPr>
                <w:rFonts w:cs="B Nazanin" w:hint="cs"/>
                <w:sz w:val="34"/>
                <w:szCs w:val="32"/>
                <w:rtl/>
                <w:lang w:bidi="fa-IR"/>
              </w:rPr>
              <w:t xml:space="preserve">تا </w:t>
            </w:r>
            <w:r w:rsidRPr="0088687A">
              <w:rPr>
                <w:rFonts w:cs="B Nazanin"/>
                <w:sz w:val="34"/>
                <w:szCs w:val="32"/>
                <w:rtl/>
                <w:lang w:bidi="fa-IR"/>
              </w:rPr>
              <w:t xml:space="preserve">۳۰ 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دق</w:t>
            </w:r>
            <w:r w:rsidRPr="0088687A">
              <w:rPr>
                <w:rFonts w:cs="B Nazanin" w:hint="cs"/>
                <w:sz w:val="34"/>
                <w:szCs w:val="32"/>
                <w:rtl/>
                <w:lang w:bidi="fa-IR"/>
              </w:rPr>
              <w:t>ی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قه</w:t>
            </w:r>
            <w:r w:rsidRPr="0088687A">
              <w:rPr>
                <w:rFonts w:cs="B Nazanin"/>
                <w:sz w:val="34"/>
                <w:szCs w:val="32"/>
                <w:rtl/>
                <w:lang w:bidi="fa-IR"/>
              </w:rPr>
              <w:t xml:space="preserve"> 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در</w:t>
            </w:r>
            <w:r w:rsidRPr="0088687A">
              <w:rPr>
                <w:rFonts w:cs="B Nazanin"/>
                <w:sz w:val="34"/>
                <w:szCs w:val="32"/>
                <w:rtl/>
                <w:lang w:bidi="fa-IR"/>
              </w:rPr>
              <w:t xml:space="preserve"> 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ماه</w:t>
            </w:r>
          </w:p>
        </w:tc>
        <w:tc>
          <w:tcPr>
            <w:tcW w:w="1949" w:type="dxa"/>
            <w:vAlign w:val="center"/>
          </w:tcPr>
          <w:p w14:paraId="38A2F255" w14:textId="567872BE" w:rsidR="008E651E" w:rsidRPr="008E651E" w:rsidRDefault="0088687A" w:rsidP="008E651E">
            <w:pPr>
              <w:bidi/>
              <w:rPr>
                <w:rFonts w:cs="B Nazanin"/>
                <w:sz w:val="34"/>
                <w:szCs w:val="32"/>
                <w:lang w:bidi="fa-IR"/>
              </w:rPr>
            </w:pPr>
            <w:r>
              <w:rPr>
                <w:rFonts w:cs="B Nazanin" w:hint="eastAsia"/>
                <w:sz w:val="34"/>
                <w:szCs w:val="32"/>
                <w:rtl/>
                <w:lang w:bidi="fa-IR"/>
              </w:rPr>
              <w:t>تاخیر</w:t>
            </w:r>
            <w:r w:rsidR="00246528" w:rsidRPr="0088687A">
              <w:rPr>
                <w:rFonts w:cs="B Nazanin"/>
                <w:sz w:val="34"/>
                <w:szCs w:val="32"/>
                <w:rtl/>
                <w:lang w:bidi="fa-IR"/>
              </w:rPr>
              <w:t xml:space="preserve"> </w:t>
            </w:r>
            <w:r w:rsidR="00246528" w:rsidRPr="0088687A">
              <w:rPr>
                <w:rFonts w:cs="B Nazanin" w:hint="cs"/>
                <w:sz w:val="34"/>
                <w:szCs w:val="32"/>
                <w:rtl/>
                <w:lang w:bidi="fa-IR"/>
              </w:rPr>
              <w:t>ی</w:t>
            </w:r>
            <w:r w:rsidR="00246528"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ا</w:t>
            </w:r>
            <w:r w:rsidR="00246528" w:rsidRPr="0088687A">
              <w:rPr>
                <w:rFonts w:cs="B Nazanin"/>
                <w:sz w:val="34"/>
                <w:szCs w:val="32"/>
                <w:rtl/>
                <w:lang w:bidi="fa-IR"/>
              </w:rPr>
              <w:t xml:space="preserve"> </w:t>
            </w:r>
            <w:r w:rsidR="00246528"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خروج</w:t>
            </w:r>
            <w:r w:rsidR="00246528" w:rsidRPr="0088687A">
              <w:rPr>
                <w:rFonts w:cs="B Nazanin"/>
                <w:sz w:val="34"/>
                <w:szCs w:val="32"/>
                <w:rtl/>
                <w:lang w:bidi="fa-IR"/>
              </w:rPr>
              <w:t xml:space="preserve"> </w:t>
            </w:r>
            <w:r w:rsidR="00246528"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زودهنگام</w:t>
            </w:r>
            <w:r w:rsidR="00246528" w:rsidRPr="0088687A">
              <w:rPr>
                <w:rFonts w:cs="B Nazanin"/>
                <w:sz w:val="34"/>
                <w:szCs w:val="32"/>
                <w:rtl/>
                <w:lang w:bidi="fa-IR"/>
              </w:rPr>
              <w:t xml:space="preserve"> </w:t>
            </w:r>
            <w:r w:rsidR="00246528"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غ</w:t>
            </w:r>
            <w:r w:rsidR="00246528" w:rsidRPr="0088687A">
              <w:rPr>
                <w:rFonts w:cs="B Nazanin" w:hint="cs"/>
                <w:sz w:val="34"/>
                <w:szCs w:val="32"/>
                <w:rtl/>
                <w:lang w:bidi="fa-IR"/>
              </w:rPr>
              <w:t>ی</w:t>
            </w:r>
            <w:r w:rsidR="00246528"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رموجه</w:t>
            </w:r>
          </w:p>
        </w:tc>
      </w:tr>
      <w:tr w:rsidR="00246528" w:rsidRPr="0088687A" w14:paraId="6C85523C" w14:textId="77777777" w:rsidTr="00333C93">
        <w:trPr>
          <w:jc w:val="center"/>
        </w:trPr>
        <w:tc>
          <w:tcPr>
            <w:tcW w:w="1949" w:type="dxa"/>
            <w:vAlign w:val="center"/>
          </w:tcPr>
          <w:p w14:paraId="0F6C45E3" w14:textId="34023815" w:rsidR="008E651E" w:rsidRPr="008E651E" w:rsidRDefault="00246528" w:rsidP="008E651E">
            <w:pPr>
              <w:bidi/>
              <w:rPr>
                <w:rFonts w:cs="B Nazanin"/>
                <w:sz w:val="34"/>
                <w:szCs w:val="32"/>
                <w:lang w:bidi="fa-IR"/>
              </w:rPr>
            </w:pP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ارجاع</w:t>
            </w:r>
            <w:r w:rsidRPr="0088687A">
              <w:rPr>
                <w:rFonts w:cs="B Nazanin"/>
                <w:sz w:val="34"/>
                <w:szCs w:val="32"/>
                <w:rtl/>
                <w:lang w:bidi="fa-IR"/>
              </w:rPr>
              <w:t xml:space="preserve"> 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به</w:t>
            </w:r>
            <w:r w:rsidRPr="0088687A">
              <w:rPr>
                <w:rFonts w:cs="B Nazanin"/>
                <w:sz w:val="34"/>
                <w:szCs w:val="32"/>
                <w:rtl/>
                <w:lang w:bidi="fa-IR"/>
              </w:rPr>
              <w:t xml:space="preserve"> 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کم</w:t>
            </w:r>
            <w:r w:rsidRPr="0088687A">
              <w:rPr>
                <w:rFonts w:cs="B Nazanin" w:hint="cs"/>
                <w:sz w:val="34"/>
                <w:szCs w:val="32"/>
                <w:rtl/>
                <w:lang w:bidi="fa-IR"/>
              </w:rPr>
              <w:t>ی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ته</w:t>
            </w:r>
          </w:p>
        </w:tc>
        <w:tc>
          <w:tcPr>
            <w:tcW w:w="1949" w:type="dxa"/>
            <w:vAlign w:val="center"/>
          </w:tcPr>
          <w:p w14:paraId="47C1BD8D" w14:textId="3E19B179" w:rsidR="008E651E" w:rsidRPr="008E651E" w:rsidRDefault="00246528" w:rsidP="008E651E">
            <w:pPr>
              <w:bidi/>
              <w:rPr>
                <w:rFonts w:cs="B Nazanin"/>
                <w:sz w:val="34"/>
                <w:szCs w:val="32"/>
                <w:lang w:bidi="fa-IR"/>
              </w:rPr>
            </w:pP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تذکر</w:t>
            </w:r>
            <w:r w:rsidRPr="0088687A">
              <w:rPr>
                <w:rFonts w:cs="B Nazanin"/>
                <w:sz w:val="34"/>
                <w:szCs w:val="32"/>
                <w:rtl/>
                <w:lang w:bidi="fa-IR"/>
              </w:rPr>
              <w:t xml:space="preserve"> 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کتب</w:t>
            </w:r>
            <w:r w:rsidRPr="0088687A">
              <w:rPr>
                <w:rFonts w:cs="B Nazanin" w:hint="cs"/>
                <w:sz w:val="34"/>
                <w:szCs w:val="32"/>
                <w:rtl/>
                <w:lang w:bidi="fa-IR"/>
              </w:rPr>
              <w:t>ی</w:t>
            </w:r>
            <w:r w:rsidRPr="0088687A">
              <w:rPr>
                <w:rFonts w:cs="B Nazanin"/>
                <w:sz w:val="34"/>
                <w:szCs w:val="32"/>
                <w:rtl/>
                <w:lang w:bidi="fa-IR"/>
              </w:rPr>
              <w:t xml:space="preserve"> 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دوم</w:t>
            </w:r>
          </w:p>
        </w:tc>
        <w:tc>
          <w:tcPr>
            <w:tcW w:w="1949" w:type="dxa"/>
            <w:vAlign w:val="center"/>
          </w:tcPr>
          <w:p w14:paraId="6E91AAE1" w14:textId="004AE6A5" w:rsidR="008E651E" w:rsidRPr="008E651E" w:rsidRDefault="00246528" w:rsidP="008E651E">
            <w:pPr>
              <w:bidi/>
              <w:rPr>
                <w:rFonts w:cs="B Nazanin"/>
                <w:sz w:val="34"/>
                <w:szCs w:val="32"/>
                <w:lang w:bidi="fa-IR"/>
              </w:rPr>
            </w:pP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تذکر</w:t>
            </w:r>
            <w:r w:rsidRPr="0088687A">
              <w:rPr>
                <w:rFonts w:cs="B Nazanin"/>
                <w:sz w:val="34"/>
                <w:szCs w:val="32"/>
                <w:rtl/>
                <w:lang w:bidi="fa-IR"/>
              </w:rPr>
              <w:t xml:space="preserve"> 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کتب</w:t>
            </w:r>
            <w:r w:rsidRPr="0088687A">
              <w:rPr>
                <w:rFonts w:cs="B Nazanin" w:hint="cs"/>
                <w:sz w:val="34"/>
                <w:szCs w:val="32"/>
                <w:rtl/>
                <w:lang w:bidi="fa-IR"/>
              </w:rPr>
              <w:t>ی</w:t>
            </w:r>
            <w:r w:rsidRPr="0088687A">
              <w:rPr>
                <w:rFonts w:cs="B Nazanin"/>
                <w:sz w:val="34"/>
                <w:szCs w:val="32"/>
                <w:rtl/>
                <w:lang w:bidi="fa-IR"/>
              </w:rPr>
              <w:t xml:space="preserve"> 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اول</w:t>
            </w:r>
          </w:p>
        </w:tc>
        <w:tc>
          <w:tcPr>
            <w:tcW w:w="1949" w:type="dxa"/>
            <w:vAlign w:val="center"/>
          </w:tcPr>
          <w:p w14:paraId="65555FB7" w14:textId="6AF73D77" w:rsidR="008E651E" w:rsidRPr="008E651E" w:rsidRDefault="00246528" w:rsidP="008E651E">
            <w:pPr>
              <w:bidi/>
              <w:rPr>
                <w:rFonts w:cs="B Nazanin"/>
                <w:sz w:val="34"/>
                <w:szCs w:val="32"/>
                <w:lang w:bidi="fa-IR"/>
              </w:rPr>
            </w:pP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ب</w:t>
            </w:r>
            <w:r w:rsidRPr="0088687A">
              <w:rPr>
                <w:rFonts w:cs="B Nazanin" w:hint="cs"/>
                <w:sz w:val="34"/>
                <w:szCs w:val="32"/>
                <w:rtl/>
                <w:lang w:bidi="fa-IR"/>
              </w:rPr>
              <w:t>ی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ش</w:t>
            </w:r>
            <w:r w:rsidRPr="0088687A">
              <w:rPr>
                <w:rFonts w:cs="B Nazanin"/>
                <w:sz w:val="34"/>
                <w:szCs w:val="32"/>
                <w:rtl/>
                <w:lang w:bidi="fa-IR"/>
              </w:rPr>
              <w:t xml:space="preserve"> 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از</w:t>
            </w:r>
            <w:r w:rsidRPr="0088687A">
              <w:rPr>
                <w:rFonts w:cs="B Nazanin"/>
                <w:sz w:val="34"/>
                <w:szCs w:val="32"/>
                <w:rtl/>
                <w:lang w:bidi="fa-IR"/>
              </w:rPr>
              <w:t xml:space="preserve"> ۳۰ 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تا</w:t>
            </w:r>
            <w:r w:rsidRPr="0088687A">
              <w:rPr>
                <w:rFonts w:cs="B Nazanin"/>
                <w:sz w:val="34"/>
                <w:szCs w:val="32"/>
                <w:rtl/>
                <w:lang w:bidi="fa-IR"/>
              </w:rPr>
              <w:t xml:space="preserve"> ۱۲۰ 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دق</w:t>
            </w:r>
            <w:r w:rsidRPr="0088687A">
              <w:rPr>
                <w:rFonts w:cs="B Nazanin" w:hint="cs"/>
                <w:sz w:val="34"/>
                <w:szCs w:val="32"/>
                <w:rtl/>
                <w:lang w:bidi="fa-IR"/>
              </w:rPr>
              <w:t>ی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قه</w:t>
            </w:r>
            <w:r w:rsidRPr="0088687A">
              <w:rPr>
                <w:rFonts w:cs="B Nazanin"/>
                <w:sz w:val="34"/>
                <w:szCs w:val="32"/>
                <w:rtl/>
                <w:lang w:bidi="fa-IR"/>
              </w:rPr>
              <w:t xml:space="preserve"> 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در</w:t>
            </w:r>
            <w:r w:rsidRPr="0088687A">
              <w:rPr>
                <w:rFonts w:cs="B Nazanin"/>
                <w:sz w:val="34"/>
                <w:szCs w:val="32"/>
                <w:rtl/>
                <w:lang w:bidi="fa-IR"/>
              </w:rPr>
              <w:t xml:space="preserve"> 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ماه</w:t>
            </w:r>
          </w:p>
        </w:tc>
        <w:tc>
          <w:tcPr>
            <w:tcW w:w="1949" w:type="dxa"/>
            <w:vAlign w:val="center"/>
          </w:tcPr>
          <w:p w14:paraId="1745D190" w14:textId="7C572217" w:rsidR="008E651E" w:rsidRPr="008E651E" w:rsidRDefault="0088687A" w:rsidP="008E651E">
            <w:pPr>
              <w:bidi/>
              <w:rPr>
                <w:rFonts w:cs="B Nazanin"/>
                <w:sz w:val="34"/>
                <w:szCs w:val="32"/>
                <w:lang w:bidi="fa-IR"/>
              </w:rPr>
            </w:pPr>
            <w:r>
              <w:rPr>
                <w:rFonts w:cs="B Nazanin" w:hint="eastAsia"/>
                <w:sz w:val="34"/>
                <w:szCs w:val="32"/>
                <w:rtl/>
                <w:lang w:bidi="fa-IR"/>
              </w:rPr>
              <w:t>تاخیر</w:t>
            </w:r>
            <w:r w:rsidR="00246528" w:rsidRPr="0088687A">
              <w:rPr>
                <w:rFonts w:cs="B Nazanin"/>
                <w:sz w:val="34"/>
                <w:szCs w:val="32"/>
                <w:rtl/>
                <w:lang w:bidi="fa-IR"/>
              </w:rPr>
              <w:t xml:space="preserve"> </w:t>
            </w:r>
            <w:r w:rsidR="00246528" w:rsidRPr="0088687A">
              <w:rPr>
                <w:rFonts w:cs="B Nazanin" w:hint="cs"/>
                <w:sz w:val="34"/>
                <w:szCs w:val="32"/>
                <w:rtl/>
                <w:lang w:bidi="fa-IR"/>
              </w:rPr>
              <w:t>ی</w:t>
            </w:r>
            <w:r w:rsidR="00246528"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ا</w:t>
            </w:r>
            <w:r w:rsidR="00246528" w:rsidRPr="0088687A">
              <w:rPr>
                <w:rFonts w:cs="B Nazanin"/>
                <w:sz w:val="34"/>
                <w:szCs w:val="32"/>
                <w:rtl/>
                <w:lang w:bidi="fa-IR"/>
              </w:rPr>
              <w:t xml:space="preserve"> </w:t>
            </w:r>
            <w:r w:rsidR="00246528"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خروج</w:t>
            </w:r>
            <w:r w:rsidR="00246528" w:rsidRPr="0088687A">
              <w:rPr>
                <w:rFonts w:cs="B Nazanin"/>
                <w:sz w:val="34"/>
                <w:szCs w:val="32"/>
                <w:rtl/>
                <w:lang w:bidi="fa-IR"/>
              </w:rPr>
              <w:t xml:space="preserve"> </w:t>
            </w:r>
            <w:r w:rsidR="00246528"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زودهنگام</w:t>
            </w:r>
            <w:r w:rsidR="00246528" w:rsidRPr="0088687A">
              <w:rPr>
                <w:rFonts w:cs="B Nazanin"/>
                <w:sz w:val="34"/>
                <w:szCs w:val="32"/>
                <w:rtl/>
                <w:lang w:bidi="fa-IR"/>
              </w:rPr>
              <w:t xml:space="preserve"> </w:t>
            </w:r>
            <w:r w:rsidR="00246528"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غ</w:t>
            </w:r>
            <w:r w:rsidR="00246528" w:rsidRPr="0088687A">
              <w:rPr>
                <w:rFonts w:cs="B Nazanin" w:hint="cs"/>
                <w:sz w:val="34"/>
                <w:szCs w:val="32"/>
                <w:rtl/>
                <w:lang w:bidi="fa-IR"/>
              </w:rPr>
              <w:t>ی</w:t>
            </w:r>
            <w:r w:rsidR="00246528"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رموجه</w:t>
            </w:r>
          </w:p>
        </w:tc>
      </w:tr>
      <w:tr w:rsidR="00246528" w:rsidRPr="0088687A" w14:paraId="5FE06027" w14:textId="77777777" w:rsidTr="00333C93">
        <w:trPr>
          <w:jc w:val="center"/>
        </w:trPr>
        <w:tc>
          <w:tcPr>
            <w:tcW w:w="1949" w:type="dxa"/>
            <w:vAlign w:val="center"/>
          </w:tcPr>
          <w:p w14:paraId="51B0A83B" w14:textId="57C223FF" w:rsidR="008E651E" w:rsidRPr="008E651E" w:rsidRDefault="00246528" w:rsidP="008E651E">
            <w:pPr>
              <w:bidi/>
              <w:rPr>
                <w:rFonts w:cs="B Nazanin"/>
                <w:sz w:val="34"/>
                <w:szCs w:val="32"/>
                <w:lang w:bidi="fa-IR"/>
              </w:rPr>
            </w:pP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ارجاع</w:t>
            </w:r>
            <w:r w:rsidRPr="0088687A">
              <w:rPr>
                <w:rFonts w:cs="B Nazanin"/>
                <w:sz w:val="34"/>
                <w:szCs w:val="32"/>
                <w:rtl/>
                <w:lang w:bidi="fa-IR"/>
              </w:rPr>
              <w:t xml:space="preserve"> 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به</w:t>
            </w:r>
            <w:r w:rsidRPr="0088687A">
              <w:rPr>
                <w:rFonts w:cs="B Nazanin"/>
                <w:sz w:val="34"/>
                <w:szCs w:val="32"/>
                <w:rtl/>
                <w:lang w:bidi="fa-IR"/>
              </w:rPr>
              <w:t xml:space="preserve"> 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کم</w:t>
            </w:r>
            <w:r w:rsidRPr="0088687A">
              <w:rPr>
                <w:rFonts w:cs="B Nazanin" w:hint="cs"/>
                <w:sz w:val="34"/>
                <w:szCs w:val="32"/>
                <w:rtl/>
                <w:lang w:bidi="fa-IR"/>
              </w:rPr>
              <w:t>ی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ته</w:t>
            </w:r>
          </w:p>
        </w:tc>
        <w:tc>
          <w:tcPr>
            <w:tcW w:w="1949" w:type="dxa"/>
            <w:vAlign w:val="center"/>
          </w:tcPr>
          <w:p w14:paraId="0132B096" w14:textId="72EAAC61" w:rsidR="008E651E" w:rsidRPr="008E651E" w:rsidRDefault="00246528" w:rsidP="008E651E">
            <w:pPr>
              <w:bidi/>
              <w:rPr>
                <w:rFonts w:cs="B Nazanin"/>
                <w:sz w:val="34"/>
                <w:szCs w:val="32"/>
                <w:lang w:bidi="fa-IR"/>
              </w:rPr>
            </w:pP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تذکر</w:t>
            </w:r>
            <w:r w:rsidRPr="0088687A">
              <w:rPr>
                <w:rFonts w:cs="B Nazanin"/>
                <w:sz w:val="34"/>
                <w:szCs w:val="32"/>
                <w:rtl/>
                <w:lang w:bidi="fa-IR"/>
              </w:rPr>
              <w:t xml:space="preserve"> 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کتب</w:t>
            </w:r>
            <w:r w:rsidRPr="0088687A">
              <w:rPr>
                <w:rFonts w:cs="B Nazanin" w:hint="cs"/>
                <w:sz w:val="34"/>
                <w:szCs w:val="32"/>
                <w:rtl/>
                <w:lang w:bidi="fa-IR"/>
              </w:rPr>
              <w:t>ی</w:t>
            </w:r>
            <w:r w:rsidRPr="0088687A">
              <w:rPr>
                <w:rFonts w:cs="B Nazanin"/>
                <w:sz w:val="34"/>
                <w:szCs w:val="32"/>
                <w:rtl/>
                <w:lang w:bidi="fa-IR"/>
              </w:rPr>
              <w:t xml:space="preserve"> 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دوم</w:t>
            </w:r>
          </w:p>
        </w:tc>
        <w:tc>
          <w:tcPr>
            <w:tcW w:w="1949" w:type="dxa"/>
            <w:vAlign w:val="center"/>
          </w:tcPr>
          <w:p w14:paraId="10AD131B" w14:textId="61F92399" w:rsidR="008E651E" w:rsidRPr="008E651E" w:rsidRDefault="00246528" w:rsidP="008E651E">
            <w:pPr>
              <w:bidi/>
              <w:rPr>
                <w:rFonts w:cs="B Nazanin"/>
                <w:sz w:val="34"/>
                <w:szCs w:val="32"/>
                <w:lang w:bidi="fa-IR"/>
              </w:rPr>
            </w:pP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تذکر</w:t>
            </w:r>
            <w:r w:rsidRPr="0088687A">
              <w:rPr>
                <w:rFonts w:cs="B Nazanin"/>
                <w:sz w:val="34"/>
                <w:szCs w:val="32"/>
                <w:rtl/>
                <w:lang w:bidi="fa-IR"/>
              </w:rPr>
              <w:t xml:space="preserve"> 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کتب</w:t>
            </w:r>
            <w:r w:rsidRPr="0088687A">
              <w:rPr>
                <w:rFonts w:cs="B Nazanin" w:hint="cs"/>
                <w:sz w:val="34"/>
                <w:szCs w:val="32"/>
                <w:rtl/>
                <w:lang w:bidi="fa-IR"/>
              </w:rPr>
              <w:t>ی</w:t>
            </w:r>
            <w:r w:rsidRPr="0088687A">
              <w:rPr>
                <w:rFonts w:cs="B Nazanin"/>
                <w:sz w:val="34"/>
                <w:szCs w:val="32"/>
                <w:rtl/>
                <w:lang w:bidi="fa-IR"/>
              </w:rPr>
              <w:t xml:space="preserve"> 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اول</w:t>
            </w:r>
          </w:p>
        </w:tc>
        <w:tc>
          <w:tcPr>
            <w:tcW w:w="1949" w:type="dxa"/>
            <w:vAlign w:val="center"/>
          </w:tcPr>
          <w:p w14:paraId="5AC2B785" w14:textId="5643A51A" w:rsidR="008E651E" w:rsidRPr="008E651E" w:rsidRDefault="00246528" w:rsidP="008E651E">
            <w:pPr>
              <w:bidi/>
              <w:rPr>
                <w:rFonts w:cs="B Nazanin"/>
                <w:sz w:val="34"/>
                <w:szCs w:val="32"/>
                <w:lang w:bidi="fa-IR"/>
              </w:rPr>
            </w:pP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تا</w:t>
            </w:r>
            <w:r w:rsidRPr="0088687A">
              <w:rPr>
                <w:rFonts w:cs="B Nazanin"/>
                <w:sz w:val="34"/>
                <w:szCs w:val="32"/>
                <w:rtl/>
                <w:lang w:bidi="fa-IR"/>
              </w:rPr>
              <w:t xml:space="preserve"> </w:t>
            </w:r>
            <w:r w:rsidRPr="0088687A">
              <w:rPr>
                <w:rFonts w:cs="B Nazanin" w:hint="cs"/>
                <w:sz w:val="34"/>
                <w:szCs w:val="32"/>
                <w:rtl/>
                <w:lang w:bidi="fa-IR"/>
              </w:rPr>
              <w:t>ی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ک</w:t>
            </w:r>
            <w:r w:rsidRPr="0088687A">
              <w:rPr>
                <w:rFonts w:cs="B Nazanin"/>
                <w:sz w:val="34"/>
                <w:szCs w:val="32"/>
                <w:rtl/>
                <w:lang w:bidi="fa-IR"/>
              </w:rPr>
              <w:t xml:space="preserve"> 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روز</w:t>
            </w:r>
            <w:r w:rsidRPr="0088687A">
              <w:rPr>
                <w:rFonts w:cs="B Nazanin"/>
                <w:sz w:val="34"/>
                <w:szCs w:val="32"/>
                <w:rtl/>
                <w:lang w:bidi="fa-IR"/>
              </w:rPr>
              <w:t xml:space="preserve"> 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در</w:t>
            </w:r>
            <w:r w:rsidRPr="0088687A">
              <w:rPr>
                <w:rFonts w:cs="B Nazanin"/>
                <w:sz w:val="34"/>
                <w:szCs w:val="32"/>
                <w:rtl/>
                <w:lang w:bidi="fa-IR"/>
              </w:rPr>
              <w:t xml:space="preserve"> 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ماه</w:t>
            </w:r>
          </w:p>
        </w:tc>
        <w:tc>
          <w:tcPr>
            <w:tcW w:w="1949" w:type="dxa"/>
            <w:vAlign w:val="center"/>
          </w:tcPr>
          <w:p w14:paraId="7B073DF2" w14:textId="26DEEF68" w:rsidR="008E651E" w:rsidRPr="008E651E" w:rsidRDefault="00246528" w:rsidP="008E651E">
            <w:pPr>
              <w:bidi/>
              <w:rPr>
                <w:rFonts w:cs="B Nazanin"/>
                <w:sz w:val="34"/>
                <w:szCs w:val="32"/>
                <w:lang w:bidi="fa-IR"/>
              </w:rPr>
            </w:pP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غ</w:t>
            </w:r>
            <w:r w:rsidRPr="0088687A">
              <w:rPr>
                <w:rFonts w:cs="B Nazanin" w:hint="cs"/>
                <w:sz w:val="34"/>
                <w:szCs w:val="32"/>
                <w:rtl/>
                <w:lang w:bidi="fa-IR"/>
              </w:rPr>
              <w:t>ی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بت</w:t>
            </w:r>
            <w:r w:rsidRPr="0088687A">
              <w:rPr>
                <w:rFonts w:cs="B Nazanin"/>
                <w:sz w:val="34"/>
                <w:szCs w:val="32"/>
                <w:rtl/>
                <w:lang w:bidi="fa-IR"/>
              </w:rPr>
              <w:t xml:space="preserve"> 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غ</w:t>
            </w:r>
            <w:r w:rsidRPr="0088687A">
              <w:rPr>
                <w:rFonts w:cs="B Nazanin" w:hint="cs"/>
                <w:sz w:val="34"/>
                <w:szCs w:val="32"/>
                <w:rtl/>
                <w:lang w:bidi="fa-IR"/>
              </w:rPr>
              <w:t>ی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رموجه</w:t>
            </w:r>
          </w:p>
        </w:tc>
      </w:tr>
      <w:tr w:rsidR="00246528" w:rsidRPr="0088687A" w14:paraId="5DC2BB44" w14:textId="77777777" w:rsidTr="00333C93">
        <w:trPr>
          <w:jc w:val="center"/>
        </w:trPr>
        <w:tc>
          <w:tcPr>
            <w:tcW w:w="1949" w:type="dxa"/>
            <w:vAlign w:val="center"/>
          </w:tcPr>
          <w:p w14:paraId="3DD5A018" w14:textId="26DED9BF" w:rsidR="008E651E" w:rsidRPr="008E651E" w:rsidRDefault="00246528" w:rsidP="008E651E">
            <w:pPr>
              <w:bidi/>
              <w:rPr>
                <w:rFonts w:cs="B Nazanin"/>
                <w:sz w:val="34"/>
                <w:szCs w:val="32"/>
                <w:lang w:bidi="fa-IR"/>
              </w:rPr>
            </w:pP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رس</w:t>
            </w:r>
            <w:r w:rsidRPr="0088687A">
              <w:rPr>
                <w:rFonts w:cs="B Nazanin" w:hint="cs"/>
                <w:sz w:val="34"/>
                <w:szCs w:val="32"/>
                <w:rtl/>
                <w:lang w:bidi="fa-IR"/>
              </w:rPr>
              <w:t>ی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دگ</w:t>
            </w:r>
            <w:r w:rsidRPr="0088687A">
              <w:rPr>
                <w:rFonts w:cs="B Nazanin" w:hint="cs"/>
                <w:sz w:val="34"/>
                <w:szCs w:val="32"/>
                <w:rtl/>
                <w:lang w:bidi="fa-IR"/>
              </w:rPr>
              <w:t>ی</w:t>
            </w:r>
            <w:r w:rsidRPr="0088687A">
              <w:rPr>
                <w:rFonts w:cs="B Nazanin"/>
                <w:sz w:val="34"/>
                <w:szCs w:val="32"/>
                <w:rtl/>
                <w:lang w:bidi="fa-IR"/>
              </w:rPr>
              <w:t xml:space="preserve"> 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کم</w:t>
            </w:r>
            <w:r w:rsidRPr="0088687A">
              <w:rPr>
                <w:rFonts w:cs="B Nazanin" w:hint="cs"/>
                <w:sz w:val="34"/>
                <w:szCs w:val="32"/>
                <w:rtl/>
                <w:lang w:bidi="fa-IR"/>
              </w:rPr>
              <w:t>ی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ته</w:t>
            </w:r>
          </w:p>
        </w:tc>
        <w:tc>
          <w:tcPr>
            <w:tcW w:w="1949" w:type="dxa"/>
            <w:vAlign w:val="center"/>
          </w:tcPr>
          <w:p w14:paraId="476B9016" w14:textId="1282DBF5" w:rsidR="008E651E" w:rsidRPr="008E651E" w:rsidRDefault="00246528" w:rsidP="008E651E">
            <w:pPr>
              <w:bidi/>
              <w:rPr>
                <w:rFonts w:cs="B Nazanin"/>
                <w:sz w:val="34"/>
                <w:szCs w:val="32"/>
                <w:lang w:bidi="fa-IR"/>
              </w:rPr>
            </w:pP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رس</w:t>
            </w:r>
            <w:r w:rsidRPr="0088687A">
              <w:rPr>
                <w:rFonts w:cs="B Nazanin" w:hint="cs"/>
                <w:sz w:val="34"/>
                <w:szCs w:val="32"/>
                <w:rtl/>
                <w:lang w:bidi="fa-IR"/>
              </w:rPr>
              <w:t>ی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دگ</w:t>
            </w:r>
            <w:r w:rsidRPr="0088687A">
              <w:rPr>
                <w:rFonts w:cs="B Nazanin" w:hint="cs"/>
                <w:sz w:val="34"/>
                <w:szCs w:val="32"/>
                <w:rtl/>
                <w:lang w:bidi="fa-IR"/>
              </w:rPr>
              <w:t>ی</w:t>
            </w:r>
            <w:r w:rsidRPr="0088687A">
              <w:rPr>
                <w:rFonts w:cs="B Nazanin"/>
                <w:sz w:val="34"/>
                <w:szCs w:val="32"/>
                <w:rtl/>
                <w:lang w:bidi="fa-IR"/>
              </w:rPr>
              <w:t xml:space="preserve"> 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کم</w:t>
            </w:r>
            <w:r w:rsidRPr="0088687A">
              <w:rPr>
                <w:rFonts w:cs="B Nazanin" w:hint="cs"/>
                <w:sz w:val="34"/>
                <w:szCs w:val="32"/>
                <w:rtl/>
                <w:lang w:bidi="fa-IR"/>
              </w:rPr>
              <w:t>ی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ته</w:t>
            </w:r>
          </w:p>
        </w:tc>
        <w:tc>
          <w:tcPr>
            <w:tcW w:w="1949" w:type="dxa"/>
            <w:vAlign w:val="center"/>
          </w:tcPr>
          <w:p w14:paraId="04836DE5" w14:textId="345E7AC6" w:rsidR="008E651E" w:rsidRPr="008E651E" w:rsidRDefault="00246528" w:rsidP="008E651E">
            <w:pPr>
              <w:bidi/>
              <w:rPr>
                <w:rFonts w:cs="B Nazanin"/>
                <w:sz w:val="34"/>
                <w:szCs w:val="32"/>
                <w:lang w:bidi="fa-IR"/>
              </w:rPr>
            </w:pP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تذکر</w:t>
            </w:r>
            <w:r w:rsidRPr="0088687A">
              <w:rPr>
                <w:rFonts w:cs="B Nazanin"/>
                <w:sz w:val="34"/>
                <w:szCs w:val="32"/>
                <w:rtl/>
                <w:lang w:bidi="fa-IR"/>
              </w:rPr>
              <w:t xml:space="preserve"> 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کتب</w:t>
            </w:r>
            <w:r w:rsidRPr="0088687A">
              <w:rPr>
                <w:rFonts w:cs="B Nazanin" w:hint="cs"/>
                <w:sz w:val="34"/>
                <w:szCs w:val="32"/>
                <w:rtl/>
                <w:lang w:bidi="fa-IR"/>
              </w:rPr>
              <w:t>ی</w:t>
            </w:r>
            <w:r w:rsidRPr="0088687A">
              <w:rPr>
                <w:rFonts w:cs="B Nazanin"/>
                <w:sz w:val="34"/>
                <w:szCs w:val="32"/>
                <w:rtl/>
                <w:lang w:bidi="fa-IR"/>
              </w:rPr>
              <w:t xml:space="preserve"> 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اول</w:t>
            </w:r>
            <w:r w:rsidRPr="0088687A">
              <w:rPr>
                <w:rFonts w:cs="B Nazanin"/>
                <w:sz w:val="34"/>
                <w:szCs w:val="32"/>
                <w:rtl/>
                <w:lang w:bidi="fa-IR"/>
              </w:rPr>
              <w:t xml:space="preserve"> 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و</w:t>
            </w:r>
            <w:r w:rsidRPr="0088687A">
              <w:rPr>
                <w:rFonts w:cs="B Nazanin"/>
                <w:sz w:val="34"/>
                <w:szCs w:val="32"/>
                <w:rtl/>
                <w:lang w:bidi="fa-IR"/>
              </w:rPr>
              <w:t xml:space="preserve"> 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رس</w:t>
            </w:r>
            <w:r w:rsidRPr="0088687A">
              <w:rPr>
                <w:rFonts w:cs="B Nazanin" w:hint="cs"/>
                <w:sz w:val="34"/>
                <w:szCs w:val="32"/>
                <w:rtl/>
                <w:lang w:bidi="fa-IR"/>
              </w:rPr>
              <w:t>ی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دگ</w:t>
            </w:r>
            <w:r w:rsidRPr="0088687A">
              <w:rPr>
                <w:rFonts w:cs="B Nazanin" w:hint="cs"/>
                <w:sz w:val="34"/>
                <w:szCs w:val="32"/>
                <w:rtl/>
                <w:lang w:bidi="fa-IR"/>
              </w:rPr>
              <w:t>ی</w:t>
            </w:r>
          </w:p>
        </w:tc>
        <w:tc>
          <w:tcPr>
            <w:tcW w:w="1949" w:type="dxa"/>
            <w:vAlign w:val="center"/>
          </w:tcPr>
          <w:p w14:paraId="411B8BC2" w14:textId="1B8B33DF" w:rsidR="008E651E" w:rsidRPr="008E651E" w:rsidRDefault="00246528" w:rsidP="008E651E">
            <w:pPr>
              <w:bidi/>
              <w:rPr>
                <w:rFonts w:cs="B Nazanin"/>
                <w:sz w:val="34"/>
                <w:szCs w:val="32"/>
                <w:lang w:bidi="fa-IR"/>
              </w:rPr>
            </w:pP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ب</w:t>
            </w:r>
            <w:r w:rsidRPr="0088687A">
              <w:rPr>
                <w:rFonts w:cs="B Nazanin" w:hint="cs"/>
                <w:sz w:val="34"/>
                <w:szCs w:val="32"/>
                <w:rtl/>
                <w:lang w:bidi="fa-IR"/>
              </w:rPr>
              <w:t>ی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ش</w:t>
            </w:r>
            <w:r w:rsidRPr="0088687A">
              <w:rPr>
                <w:rFonts w:cs="B Nazanin"/>
                <w:sz w:val="34"/>
                <w:szCs w:val="32"/>
                <w:rtl/>
                <w:lang w:bidi="fa-IR"/>
              </w:rPr>
              <w:t xml:space="preserve"> 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از</w:t>
            </w:r>
            <w:r w:rsidRPr="0088687A">
              <w:rPr>
                <w:rFonts w:cs="B Nazanin"/>
                <w:sz w:val="34"/>
                <w:szCs w:val="32"/>
                <w:rtl/>
                <w:lang w:bidi="fa-IR"/>
              </w:rPr>
              <w:t xml:space="preserve"> </w:t>
            </w:r>
            <w:r w:rsidRPr="0088687A">
              <w:rPr>
                <w:rFonts w:cs="B Nazanin" w:hint="cs"/>
                <w:sz w:val="34"/>
                <w:szCs w:val="32"/>
                <w:rtl/>
                <w:lang w:bidi="fa-IR"/>
              </w:rPr>
              <w:t>ی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ک</w:t>
            </w:r>
            <w:r w:rsidRPr="0088687A">
              <w:rPr>
                <w:rFonts w:cs="B Nazanin"/>
                <w:sz w:val="34"/>
                <w:szCs w:val="32"/>
                <w:rtl/>
                <w:lang w:bidi="fa-IR"/>
              </w:rPr>
              <w:t xml:space="preserve"> 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تا</w:t>
            </w:r>
            <w:r w:rsidRPr="0088687A">
              <w:rPr>
                <w:rFonts w:cs="B Nazanin"/>
                <w:sz w:val="34"/>
                <w:szCs w:val="32"/>
                <w:rtl/>
                <w:lang w:bidi="fa-IR"/>
              </w:rPr>
              <w:t xml:space="preserve"> 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سه</w:t>
            </w:r>
            <w:r w:rsidRPr="0088687A">
              <w:rPr>
                <w:rFonts w:cs="B Nazanin"/>
                <w:sz w:val="34"/>
                <w:szCs w:val="32"/>
                <w:rtl/>
                <w:lang w:bidi="fa-IR"/>
              </w:rPr>
              <w:t xml:space="preserve"> 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روز</w:t>
            </w:r>
            <w:r w:rsidRPr="0088687A">
              <w:rPr>
                <w:rFonts w:cs="B Nazanin"/>
                <w:sz w:val="34"/>
                <w:szCs w:val="32"/>
                <w:rtl/>
                <w:lang w:bidi="fa-IR"/>
              </w:rPr>
              <w:t xml:space="preserve"> 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در</w:t>
            </w:r>
            <w:r w:rsidRPr="0088687A">
              <w:rPr>
                <w:rFonts w:cs="B Nazanin"/>
                <w:sz w:val="34"/>
                <w:szCs w:val="32"/>
                <w:rtl/>
                <w:lang w:bidi="fa-IR"/>
              </w:rPr>
              <w:t xml:space="preserve"> 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ماه</w:t>
            </w:r>
          </w:p>
        </w:tc>
        <w:tc>
          <w:tcPr>
            <w:tcW w:w="1949" w:type="dxa"/>
            <w:vAlign w:val="center"/>
          </w:tcPr>
          <w:p w14:paraId="58CD79B3" w14:textId="62C7CB90" w:rsidR="008E651E" w:rsidRPr="008E651E" w:rsidRDefault="00246528" w:rsidP="008E651E">
            <w:pPr>
              <w:bidi/>
              <w:rPr>
                <w:rFonts w:cs="B Nazanin"/>
                <w:sz w:val="34"/>
                <w:szCs w:val="32"/>
                <w:lang w:bidi="fa-IR"/>
              </w:rPr>
            </w:pP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غ</w:t>
            </w:r>
            <w:r w:rsidRPr="0088687A">
              <w:rPr>
                <w:rFonts w:cs="B Nazanin" w:hint="cs"/>
                <w:sz w:val="34"/>
                <w:szCs w:val="32"/>
                <w:rtl/>
                <w:lang w:bidi="fa-IR"/>
              </w:rPr>
              <w:t>ی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بت</w:t>
            </w:r>
            <w:r w:rsidRPr="0088687A">
              <w:rPr>
                <w:rFonts w:cs="B Nazanin"/>
                <w:sz w:val="34"/>
                <w:szCs w:val="32"/>
                <w:rtl/>
                <w:lang w:bidi="fa-IR"/>
              </w:rPr>
              <w:t xml:space="preserve"> 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غ</w:t>
            </w:r>
            <w:r w:rsidRPr="0088687A">
              <w:rPr>
                <w:rFonts w:cs="B Nazanin" w:hint="cs"/>
                <w:sz w:val="34"/>
                <w:szCs w:val="32"/>
                <w:rtl/>
                <w:lang w:bidi="fa-IR"/>
              </w:rPr>
              <w:t>ی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رموجه</w:t>
            </w:r>
          </w:p>
        </w:tc>
      </w:tr>
      <w:tr w:rsidR="00246528" w:rsidRPr="0088687A" w14:paraId="7429AB49" w14:textId="77777777" w:rsidTr="00333C93">
        <w:trPr>
          <w:jc w:val="center"/>
        </w:trPr>
        <w:tc>
          <w:tcPr>
            <w:tcW w:w="1949" w:type="dxa"/>
            <w:vAlign w:val="center"/>
          </w:tcPr>
          <w:p w14:paraId="1297077B" w14:textId="34A323B7" w:rsidR="008E651E" w:rsidRPr="008E651E" w:rsidRDefault="00246528" w:rsidP="008E651E">
            <w:pPr>
              <w:bidi/>
              <w:rPr>
                <w:rFonts w:cs="B Nazanin"/>
                <w:sz w:val="34"/>
                <w:szCs w:val="32"/>
                <w:lang w:bidi="fa-IR"/>
              </w:rPr>
            </w:pP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رس</w:t>
            </w:r>
            <w:r w:rsidRPr="0088687A">
              <w:rPr>
                <w:rFonts w:cs="B Nazanin" w:hint="cs"/>
                <w:sz w:val="34"/>
                <w:szCs w:val="32"/>
                <w:rtl/>
                <w:lang w:bidi="fa-IR"/>
              </w:rPr>
              <w:t>ی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دگ</w:t>
            </w:r>
            <w:r w:rsidRPr="0088687A">
              <w:rPr>
                <w:rFonts w:cs="B Nazanin" w:hint="cs"/>
                <w:sz w:val="34"/>
                <w:szCs w:val="32"/>
                <w:rtl/>
                <w:lang w:bidi="fa-IR"/>
              </w:rPr>
              <w:t>ی</w:t>
            </w:r>
            <w:r w:rsidRPr="0088687A">
              <w:rPr>
                <w:rFonts w:cs="B Nazanin"/>
                <w:sz w:val="34"/>
                <w:szCs w:val="32"/>
                <w:rtl/>
                <w:lang w:bidi="fa-IR"/>
              </w:rPr>
              <w:t xml:space="preserve"> 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کم</w:t>
            </w:r>
            <w:r w:rsidRPr="0088687A">
              <w:rPr>
                <w:rFonts w:cs="B Nazanin" w:hint="cs"/>
                <w:sz w:val="34"/>
                <w:szCs w:val="32"/>
                <w:rtl/>
                <w:lang w:bidi="fa-IR"/>
              </w:rPr>
              <w:t>ی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ته</w:t>
            </w:r>
          </w:p>
        </w:tc>
        <w:tc>
          <w:tcPr>
            <w:tcW w:w="1949" w:type="dxa"/>
            <w:vAlign w:val="center"/>
          </w:tcPr>
          <w:p w14:paraId="4706C31D" w14:textId="1E616138" w:rsidR="008E651E" w:rsidRPr="008E651E" w:rsidRDefault="00246528" w:rsidP="008E651E">
            <w:pPr>
              <w:bidi/>
              <w:rPr>
                <w:rFonts w:cs="B Nazanin"/>
                <w:sz w:val="34"/>
                <w:szCs w:val="32"/>
                <w:lang w:bidi="fa-IR"/>
              </w:rPr>
            </w:pP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رس</w:t>
            </w:r>
            <w:r w:rsidRPr="0088687A">
              <w:rPr>
                <w:rFonts w:cs="B Nazanin" w:hint="cs"/>
                <w:sz w:val="34"/>
                <w:szCs w:val="32"/>
                <w:rtl/>
                <w:lang w:bidi="fa-IR"/>
              </w:rPr>
              <w:t>ی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دگ</w:t>
            </w:r>
            <w:r w:rsidRPr="0088687A">
              <w:rPr>
                <w:rFonts w:cs="B Nazanin" w:hint="cs"/>
                <w:sz w:val="34"/>
                <w:szCs w:val="32"/>
                <w:rtl/>
                <w:lang w:bidi="fa-IR"/>
              </w:rPr>
              <w:t>ی</w:t>
            </w:r>
            <w:r w:rsidRPr="0088687A">
              <w:rPr>
                <w:rFonts w:cs="B Nazanin"/>
                <w:sz w:val="34"/>
                <w:szCs w:val="32"/>
                <w:rtl/>
                <w:lang w:bidi="fa-IR"/>
              </w:rPr>
              <w:t xml:space="preserve"> 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کم</w:t>
            </w:r>
            <w:r w:rsidRPr="0088687A">
              <w:rPr>
                <w:rFonts w:cs="B Nazanin" w:hint="cs"/>
                <w:sz w:val="34"/>
                <w:szCs w:val="32"/>
                <w:rtl/>
                <w:lang w:bidi="fa-IR"/>
              </w:rPr>
              <w:t>ی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ته</w:t>
            </w:r>
          </w:p>
        </w:tc>
        <w:tc>
          <w:tcPr>
            <w:tcW w:w="1949" w:type="dxa"/>
            <w:vAlign w:val="center"/>
          </w:tcPr>
          <w:p w14:paraId="697809AC" w14:textId="5B5684C7" w:rsidR="008E651E" w:rsidRPr="008E651E" w:rsidRDefault="00246528" w:rsidP="008E651E">
            <w:pPr>
              <w:bidi/>
              <w:rPr>
                <w:rFonts w:cs="B Nazanin"/>
                <w:sz w:val="34"/>
                <w:szCs w:val="32"/>
                <w:lang w:bidi="fa-IR"/>
              </w:rPr>
            </w:pP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ارجاع</w:t>
            </w:r>
            <w:r w:rsidRPr="0088687A">
              <w:rPr>
                <w:rFonts w:cs="B Nazanin"/>
                <w:sz w:val="34"/>
                <w:szCs w:val="32"/>
                <w:rtl/>
                <w:lang w:bidi="fa-IR"/>
              </w:rPr>
              <w:t xml:space="preserve"> 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به</w:t>
            </w:r>
            <w:r w:rsidRPr="0088687A">
              <w:rPr>
                <w:rFonts w:cs="B Nazanin"/>
                <w:sz w:val="34"/>
                <w:szCs w:val="32"/>
                <w:rtl/>
                <w:lang w:bidi="fa-IR"/>
              </w:rPr>
              <w:t xml:space="preserve"> 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کم</w:t>
            </w:r>
            <w:r w:rsidRPr="0088687A">
              <w:rPr>
                <w:rFonts w:cs="B Nazanin" w:hint="cs"/>
                <w:sz w:val="34"/>
                <w:szCs w:val="32"/>
                <w:rtl/>
                <w:lang w:bidi="fa-IR"/>
              </w:rPr>
              <w:t>ی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ته؛</w:t>
            </w:r>
            <w:r w:rsidRPr="0088687A">
              <w:rPr>
                <w:rFonts w:cs="B Nazanin"/>
                <w:sz w:val="34"/>
                <w:szCs w:val="32"/>
                <w:rtl/>
                <w:lang w:bidi="fa-IR"/>
              </w:rPr>
              <w:t xml:space="preserve"> 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بررس</w:t>
            </w:r>
            <w:r w:rsidRPr="0088687A">
              <w:rPr>
                <w:rFonts w:cs="B Nazanin" w:hint="cs"/>
                <w:sz w:val="34"/>
                <w:szCs w:val="32"/>
                <w:rtl/>
                <w:lang w:bidi="fa-IR"/>
              </w:rPr>
              <w:t>ی</w:t>
            </w:r>
            <w:r w:rsidRPr="0088687A">
              <w:rPr>
                <w:rFonts w:cs="B Nazanin"/>
                <w:sz w:val="34"/>
                <w:szCs w:val="32"/>
                <w:rtl/>
                <w:lang w:bidi="fa-IR"/>
              </w:rPr>
              <w:t xml:space="preserve"> 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ش</w:t>
            </w:r>
            <w:r w:rsidR="0088687A">
              <w:rPr>
                <w:rFonts w:cs="B Nazanin" w:hint="eastAsia"/>
                <w:sz w:val="34"/>
                <w:szCs w:val="32"/>
                <w:rtl/>
                <w:lang w:bidi="fa-IR"/>
              </w:rPr>
              <w:t>رای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ط</w:t>
            </w:r>
            <w:r w:rsidRPr="0088687A">
              <w:rPr>
                <w:rFonts w:cs="B Nazanin"/>
                <w:sz w:val="34"/>
                <w:szCs w:val="32"/>
                <w:rtl/>
                <w:lang w:bidi="fa-IR"/>
              </w:rPr>
              <w:t xml:space="preserve"> 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ماده</w:t>
            </w:r>
            <w:r w:rsidRPr="0088687A">
              <w:rPr>
                <w:rFonts w:cs="B Nazanin"/>
                <w:sz w:val="34"/>
                <w:szCs w:val="32"/>
                <w:rtl/>
                <w:lang w:bidi="fa-IR"/>
              </w:rPr>
              <w:t xml:space="preserve"> ۲۷ 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در</w:t>
            </w:r>
            <w:r w:rsidRPr="0088687A">
              <w:rPr>
                <w:rFonts w:cs="B Nazanin"/>
                <w:sz w:val="34"/>
                <w:szCs w:val="32"/>
                <w:rtl/>
                <w:lang w:bidi="fa-IR"/>
              </w:rPr>
              <w:t xml:space="preserve"> 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صورت</w:t>
            </w:r>
            <w:r w:rsidRPr="0088687A">
              <w:rPr>
                <w:rFonts w:cs="B Nazanin"/>
                <w:sz w:val="34"/>
                <w:szCs w:val="32"/>
                <w:rtl/>
                <w:lang w:bidi="fa-IR"/>
              </w:rPr>
              <w:t xml:space="preserve"> 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اقتضا</w:t>
            </w:r>
          </w:p>
        </w:tc>
        <w:tc>
          <w:tcPr>
            <w:tcW w:w="1949" w:type="dxa"/>
            <w:vAlign w:val="center"/>
          </w:tcPr>
          <w:p w14:paraId="3D17F908" w14:textId="069D336A" w:rsidR="008E651E" w:rsidRPr="008E651E" w:rsidRDefault="00246528" w:rsidP="008E651E">
            <w:pPr>
              <w:bidi/>
              <w:rPr>
                <w:rFonts w:cs="B Nazanin"/>
                <w:sz w:val="34"/>
                <w:szCs w:val="32"/>
                <w:lang w:bidi="fa-IR"/>
              </w:rPr>
            </w:pP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ب</w:t>
            </w:r>
            <w:r w:rsidRPr="0088687A">
              <w:rPr>
                <w:rFonts w:cs="B Nazanin" w:hint="cs"/>
                <w:sz w:val="34"/>
                <w:szCs w:val="32"/>
                <w:rtl/>
                <w:lang w:bidi="fa-IR"/>
              </w:rPr>
              <w:t>ی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ش</w:t>
            </w:r>
            <w:r w:rsidRPr="0088687A">
              <w:rPr>
                <w:rFonts w:cs="B Nazanin"/>
                <w:sz w:val="34"/>
                <w:szCs w:val="32"/>
                <w:rtl/>
                <w:lang w:bidi="fa-IR"/>
              </w:rPr>
              <w:t xml:space="preserve"> 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از</w:t>
            </w:r>
            <w:r w:rsidRPr="0088687A">
              <w:rPr>
                <w:rFonts w:cs="B Nazanin"/>
                <w:sz w:val="34"/>
                <w:szCs w:val="32"/>
                <w:rtl/>
                <w:lang w:bidi="fa-IR"/>
              </w:rPr>
              <w:t xml:space="preserve"> 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سه</w:t>
            </w:r>
            <w:r w:rsidRPr="0088687A">
              <w:rPr>
                <w:rFonts w:cs="B Nazanin"/>
                <w:sz w:val="34"/>
                <w:szCs w:val="32"/>
                <w:rtl/>
                <w:lang w:bidi="fa-IR"/>
              </w:rPr>
              <w:t xml:space="preserve"> 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روز</w:t>
            </w:r>
            <w:r w:rsidRPr="0088687A">
              <w:rPr>
                <w:rFonts w:cs="B Nazanin"/>
                <w:sz w:val="34"/>
                <w:szCs w:val="32"/>
                <w:rtl/>
                <w:lang w:bidi="fa-IR"/>
              </w:rPr>
              <w:t xml:space="preserve"> 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در</w:t>
            </w:r>
            <w:r w:rsidRPr="0088687A">
              <w:rPr>
                <w:rFonts w:cs="B Nazanin"/>
                <w:sz w:val="34"/>
                <w:szCs w:val="32"/>
                <w:rtl/>
                <w:lang w:bidi="fa-IR"/>
              </w:rPr>
              <w:t xml:space="preserve"> 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ماه</w:t>
            </w:r>
          </w:p>
        </w:tc>
        <w:tc>
          <w:tcPr>
            <w:tcW w:w="1949" w:type="dxa"/>
            <w:vAlign w:val="center"/>
          </w:tcPr>
          <w:p w14:paraId="5BB970CF" w14:textId="55434C85" w:rsidR="008E651E" w:rsidRPr="008E651E" w:rsidRDefault="00246528" w:rsidP="008E651E">
            <w:pPr>
              <w:bidi/>
              <w:rPr>
                <w:rFonts w:cs="B Nazanin"/>
                <w:sz w:val="34"/>
                <w:szCs w:val="32"/>
                <w:lang w:bidi="fa-IR"/>
              </w:rPr>
            </w:pP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غ</w:t>
            </w:r>
            <w:r w:rsidRPr="0088687A">
              <w:rPr>
                <w:rFonts w:cs="B Nazanin" w:hint="cs"/>
                <w:sz w:val="34"/>
                <w:szCs w:val="32"/>
                <w:rtl/>
                <w:lang w:bidi="fa-IR"/>
              </w:rPr>
              <w:t>ی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بت</w:t>
            </w:r>
            <w:r w:rsidRPr="0088687A">
              <w:rPr>
                <w:rFonts w:cs="B Nazanin"/>
                <w:sz w:val="34"/>
                <w:szCs w:val="32"/>
                <w:rtl/>
                <w:lang w:bidi="fa-IR"/>
              </w:rPr>
              <w:t xml:space="preserve"> 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غ</w:t>
            </w:r>
            <w:r w:rsidRPr="0088687A">
              <w:rPr>
                <w:rFonts w:cs="B Nazanin" w:hint="cs"/>
                <w:sz w:val="34"/>
                <w:szCs w:val="32"/>
                <w:rtl/>
                <w:lang w:bidi="fa-IR"/>
              </w:rPr>
              <w:t>ی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رموجه</w:t>
            </w:r>
          </w:p>
        </w:tc>
      </w:tr>
    </w:tbl>
    <w:p w14:paraId="7D9CF38C" w14:textId="77777777" w:rsidR="008E651E" w:rsidRPr="008E651E" w:rsidRDefault="008E651E" w:rsidP="008E651E">
      <w:pPr>
        <w:bidi/>
        <w:rPr>
          <w:rFonts w:cs="B Nazanin"/>
          <w:sz w:val="34"/>
          <w:szCs w:val="32"/>
          <w:lang w:bidi="fa-IR"/>
        </w:rPr>
      </w:pPr>
    </w:p>
    <w:p w14:paraId="2CB00432" w14:textId="081D3A6D" w:rsidR="00246528" w:rsidRPr="0088687A" w:rsidRDefault="00246528" w:rsidP="00246528">
      <w:pPr>
        <w:bidi/>
        <w:rPr>
          <w:rFonts w:ascii="Arial" w:hAnsi="Arial" w:cs="B Nazanin"/>
          <w:sz w:val="36"/>
          <w:szCs w:val="32"/>
          <w:lang w:bidi="fa-IR"/>
        </w:rPr>
      </w:pPr>
      <w:r w:rsidRPr="0088687A">
        <w:rPr>
          <w:rFonts w:ascii="Arial" w:hAnsi="Arial" w:cs="B Nazanin" w:hint="eastAsia"/>
          <w:b/>
          <w:bCs/>
          <w:sz w:val="36"/>
          <w:szCs w:val="32"/>
          <w:rtl/>
          <w:lang w:bidi="fa-IR"/>
        </w:rPr>
        <w:t>ماده</w:t>
      </w:r>
      <w:r w:rsidRPr="0088687A">
        <w:rPr>
          <w:rFonts w:ascii="Arial" w:hAnsi="Arial" w:cs="B Nazanin"/>
          <w:b/>
          <w:bCs/>
          <w:sz w:val="36"/>
          <w:szCs w:val="32"/>
          <w:rtl/>
          <w:lang w:bidi="fa-IR"/>
        </w:rPr>
        <w:t xml:space="preserve"> 11 </w:t>
      </w:r>
      <w:r w:rsidRPr="0088687A">
        <w:rPr>
          <w:rFonts w:ascii="Arial" w:hAnsi="Arial" w:cs="B Nazanin" w:hint="eastAsia"/>
          <w:b/>
          <w:bCs/>
          <w:sz w:val="36"/>
          <w:szCs w:val="32"/>
          <w:rtl/>
          <w:lang w:bidi="fa-IR"/>
        </w:rPr>
        <w:t>ـ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کم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ته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پس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از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رس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دگ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،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ب</w:t>
      </w:r>
      <w:r w:rsidR="0088687A">
        <w:rPr>
          <w:rFonts w:ascii="Arial" w:hAnsi="Arial" w:cs="B Nazanin" w:hint="eastAsia"/>
          <w:sz w:val="36"/>
          <w:szCs w:val="32"/>
          <w:rtl/>
          <w:lang w:bidi="fa-IR"/>
        </w:rPr>
        <w:t>رای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هر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پرونده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ک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تنب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ه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انضباط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اعمال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م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ی‌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کند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.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اگر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تخلفات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احرازشده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متعلق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به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طبقات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مختلف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باشند،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تنب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ه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از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محدوده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مقرر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ب</w:t>
      </w:r>
      <w:r w:rsidR="0088687A">
        <w:rPr>
          <w:rFonts w:ascii="Arial" w:hAnsi="Arial" w:cs="B Nazanin" w:hint="eastAsia"/>
          <w:sz w:val="36"/>
          <w:szCs w:val="32"/>
          <w:rtl/>
          <w:lang w:bidi="fa-IR"/>
        </w:rPr>
        <w:t>رای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طبقه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بالاتر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انتخاب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م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ی‌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شود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>.</w:t>
      </w:r>
    </w:p>
    <w:p w14:paraId="779DB6DF" w14:textId="09D9A9C7" w:rsidR="00246528" w:rsidRPr="0088687A" w:rsidRDefault="00246528" w:rsidP="00246528">
      <w:pPr>
        <w:bidi/>
        <w:rPr>
          <w:rFonts w:ascii="Arial" w:hAnsi="Arial" w:cs="B Nazanin"/>
          <w:sz w:val="36"/>
          <w:szCs w:val="32"/>
          <w:lang w:bidi="fa-IR"/>
        </w:rPr>
      </w:pPr>
      <w:r w:rsidRPr="0088687A">
        <w:rPr>
          <w:rFonts w:ascii="Arial" w:hAnsi="Arial" w:cs="B Nazanin" w:hint="eastAsia"/>
          <w:b/>
          <w:bCs/>
          <w:sz w:val="36"/>
          <w:szCs w:val="32"/>
          <w:rtl/>
          <w:lang w:bidi="fa-IR"/>
        </w:rPr>
        <w:t>ماده</w:t>
      </w:r>
      <w:r w:rsidRPr="0088687A">
        <w:rPr>
          <w:rFonts w:ascii="Arial" w:hAnsi="Arial" w:cs="B Nazanin"/>
          <w:b/>
          <w:bCs/>
          <w:sz w:val="36"/>
          <w:szCs w:val="32"/>
          <w:rtl/>
          <w:lang w:bidi="fa-IR"/>
        </w:rPr>
        <w:t xml:space="preserve"> 12 </w:t>
      </w:r>
      <w:r w:rsidRPr="0088687A">
        <w:rPr>
          <w:rFonts w:ascii="Arial" w:hAnsi="Arial" w:cs="B Nazanin" w:hint="eastAsia"/>
          <w:b/>
          <w:bCs/>
          <w:sz w:val="36"/>
          <w:szCs w:val="32"/>
          <w:rtl/>
          <w:lang w:bidi="fa-IR"/>
        </w:rPr>
        <w:t>ـ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اگر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کارگر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از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تار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خ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تصم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م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کم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ته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به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مدت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دوازده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ماه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مرتکب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تخلف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انضباط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جد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د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نشود،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سابقه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مذکور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در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محاسبه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مراتب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تخلف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بعد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لحاظ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نم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ی‌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شود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.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ا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ن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مدت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پ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شنهاد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و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ن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ازمند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="0088687A">
        <w:rPr>
          <w:rFonts w:ascii="Arial" w:hAnsi="Arial" w:cs="B Nazanin" w:hint="eastAsia"/>
          <w:sz w:val="36"/>
          <w:szCs w:val="32"/>
          <w:rtl/>
          <w:lang w:bidi="fa-IR"/>
        </w:rPr>
        <w:t>تایید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است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و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به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معنا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حذف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اسناد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قانون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پرونده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ن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ست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>.</w:t>
      </w:r>
    </w:p>
    <w:p w14:paraId="787D7880" w14:textId="77777777" w:rsidR="00246528" w:rsidRPr="0088687A" w:rsidRDefault="00246528" w:rsidP="00246528">
      <w:pPr>
        <w:bidi/>
        <w:rPr>
          <w:rFonts w:ascii="Arial" w:hAnsi="Arial" w:cs="B Titr"/>
          <w:sz w:val="36"/>
          <w:szCs w:val="32"/>
          <w:lang w:bidi="fa-IR"/>
        </w:rPr>
      </w:pPr>
      <w:r w:rsidRPr="0088687A">
        <w:rPr>
          <w:rFonts w:ascii="Arial" w:hAnsi="Arial" w:cs="B Titr" w:hint="eastAsia"/>
          <w:sz w:val="36"/>
          <w:szCs w:val="32"/>
          <w:rtl/>
          <w:lang w:bidi="fa-IR"/>
        </w:rPr>
        <w:t>فصل</w:t>
      </w:r>
      <w:r w:rsidRPr="0088687A">
        <w:rPr>
          <w:rFonts w:ascii="Arial" w:hAnsi="Arial" w:cs="B Titr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Titr" w:hint="eastAsia"/>
          <w:sz w:val="36"/>
          <w:szCs w:val="32"/>
          <w:rtl/>
          <w:lang w:bidi="fa-IR"/>
        </w:rPr>
        <w:t>چهارم</w:t>
      </w:r>
      <w:r w:rsidRPr="0088687A">
        <w:rPr>
          <w:rFonts w:ascii="Arial" w:hAnsi="Arial" w:cs="B Titr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Titr" w:hint="eastAsia"/>
          <w:sz w:val="36"/>
          <w:szCs w:val="32"/>
          <w:rtl/>
          <w:lang w:bidi="fa-IR"/>
        </w:rPr>
        <w:t>ـ</w:t>
      </w:r>
      <w:r w:rsidRPr="0088687A">
        <w:rPr>
          <w:rFonts w:ascii="Arial" w:hAnsi="Arial" w:cs="B Titr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Titr" w:hint="eastAsia"/>
          <w:sz w:val="36"/>
          <w:szCs w:val="32"/>
          <w:rtl/>
          <w:lang w:bidi="fa-IR"/>
        </w:rPr>
        <w:t>رس</w:t>
      </w:r>
      <w:r w:rsidRPr="0088687A">
        <w:rPr>
          <w:rFonts w:ascii="Arial" w:hAnsi="Arial" w:cs="B Titr" w:hint="cs"/>
          <w:sz w:val="36"/>
          <w:szCs w:val="32"/>
          <w:rtl/>
          <w:lang w:bidi="fa-IR"/>
        </w:rPr>
        <w:t>ی</w:t>
      </w:r>
      <w:r w:rsidRPr="0088687A">
        <w:rPr>
          <w:rFonts w:ascii="Arial" w:hAnsi="Arial" w:cs="B Titr" w:hint="eastAsia"/>
          <w:sz w:val="36"/>
          <w:szCs w:val="32"/>
          <w:rtl/>
          <w:lang w:bidi="fa-IR"/>
        </w:rPr>
        <w:t>دگ</w:t>
      </w:r>
      <w:r w:rsidRPr="0088687A">
        <w:rPr>
          <w:rFonts w:ascii="Arial" w:hAnsi="Arial" w:cs="B Titr" w:hint="cs"/>
          <w:sz w:val="36"/>
          <w:szCs w:val="32"/>
          <w:rtl/>
          <w:lang w:bidi="fa-IR"/>
        </w:rPr>
        <w:t>ی</w:t>
      </w:r>
    </w:p>
    <w:p w14:paraId="0084D17F" w14:textId="77777777" w:rsidR="00246528" w:rsidRPr="0088687A" w:rsidRDefault="00246528" w:rsidP="00246528">
      <w:pPr>
        <w:bidi/>
        <w:rPr>
          <w:rFonts w:ascii="Arial" w:hAnsi="Arial" w:cs="B Nazanin"/>
          <w:sz w:val="36"/>
          <w:szCs w:val="32"/>
          <w:lang w:bidi="fa-IR"/>
        </w:rPr>
      </w:pPr>
      <w:r w:rsidRPr="0088687A">
        <w:rPr>
          <w:rFonts w:ascii="Arial" w:hAnsi="Arial" w:cs="B Nazanin" w:hint="eastAsia"/>
          <w:b/>
          <w:bCs/>
          <w:sz w:val="36"/>
          <w:szCs w:val="32"/>
          <w:rtl/>
          <w:lang w:bidi="fa-IR"/>
        </w:rPr>
        <w:lastRenderedPageBreak/>
        <w:t>ماده</w:t>
      </w:r>
      <w:r w:rsidRPr="0088687A">
        <w:rPr>
          <w:rFonts w:ascii="Arial" w:hAnsi="Arial" w:cs="B Nazanin"/>
          <w:b/>
          <w:bCs/>
          <w:sz w:val="36"/>
          <w:szCs w:val="32"/>
          <w:rtl/>
          <w:lang w:bidi="fa-IR"/>
        </w:rPr>
        <w:t xml:space="preserve"> 13 </w:t>
      </w:r>
      <w:r w:rsidRPr="0088687A">
        <w:rPr>
          <w:rFonts w:ascii="Arial" w:hAnsi="Arial" w:cs="B Nazanin" w:hint="eastAsia"/>
          <w:b/>
          <w:bCs/>
          <w:sz w:val="36"/>
          <w:szCs w:val="32"/>
          <w:rtl/>
          <w:lang w:bidi="fa-IR"/>
        </w:rPr>
        <w:t>ـ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رس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دگ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کم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ته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با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در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افت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گزارش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ارجاع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از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سو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سرپرستان،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رؤسا،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مد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ران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و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مقامات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بالاتر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آغاز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م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ی‌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شود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.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گزارش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با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د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زمان،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مکان،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شرح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رفتار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و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مستندات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موجود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را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مشخص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کند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>.</w:t>
      </w:r>
    </w:p>
    <w:p w14:paraId="0265A685" w14:textId="77777777" w:rsidR="00246528" w:rsidRPr="0088687A" w:rsidRDefault="00246528" w:rsidP="00246528">
      <w:pPr>
        <w:bidi/>
        <w:rPr>
          <w:rFonts w:ascii="Arial" w:hAnsi="Arial" w:cs="B Nazanin"/>
          <w:sz w:val="36"/>
          <w:szCs w:val="32"/>
          <w:lang w:bidi="fa-IR"/>
        </w:rPr>
      </w:pPr>
      <w:r w:rsidRPr="0088687A">
        <w:rPr>
          <w:rFonts w:ascii="Arial" w:hAnsi="Arial" w:cs="B Nazanin" w:hint="eastAsia"/>
          <w:b/>
          <w:bCs/>
          <w:sz w:val="36"/>
          <w:szCs w:val="32"/>
          <w:rtl/>
          <w:lang w:bidi="fa-IR"/>
        </w:rPr>
        <w:t>ماده</w:t>
      </w:r>
      <w:r w:rsidRPr="0088687A">
        <w:rPr>
          <w:rFonts w:ascii="Arial" w:hAnsi="Arial" w:cs="B Nazanin"/>
          <w:b/>
          <w:bCs/>
          <w:sz w:val="36"/>
          <w:szCs w:val="32"/>
          <w:rtl/>
          <w:lang w:bidi="fa-IR"/>
        </w:rPr>
        <w:t xml:space="preserve"> 14 </w:t>
      </w:r>
      <w:r w:rsidRPr="0088687A">
        <w:rPr>
          <w:rFonts w:ascii="Arial" w:hAnsi="Arial" w:cs="B Nazanin" w:hint="eastAsia"/>
          <w:b/>
          <w:bCs/>
          <w:sz w:val="36"/>
          <w:szCs w:val="32"/>
          <w:rtl/>
          <w:lang w:bidi="fa-IR"/>
        </w:rPr>
        <w:t>ـ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هرگاه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رس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دگ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ن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ازمند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نظر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کارشناس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ا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بازرس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باشد،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کم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ته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موضوع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را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حسب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مورد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به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کارشناس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مرتبط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ا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واحد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بازرس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ارجاع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م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ی‌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دهد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>.</w:t>
      </w:r>
    </w:p>
    <w:p w14:paraId="10B1E455" w14:textId="3D249A58" w:rsidR="00246528" w:rsidRPr="0088687A" w:rsidRDefault="00246528" w:rsidP="00246528">
      <w:pPr>
        <w:bidi/>
        <w:rPr>
          <w:rFonts w:ascii="Arial" w:hAnsi="Arial" w:cs="B Nazanin"/>
          <w:sz w:val="36"/>
          <w:szCs w:val="32"/>
          <w:lang w:bidi="fa-IR"/>
        </w:rPr>
      </w:pPr>
      <w:r w:rsidRPr="0088687A">
        <w:rPr>
          <w:rFonts w:ascii="Arial" w:hAnsi="Arial" w:cs="B Nazanin" w:hint="eastAsia"/>
          <w:b/>
          <w:bCs/>
          <w:sz w:val="36"/>
          <w:szCs w:val="32"/>
          <w:rtl/>
          <w:lang w:bidi="fa-IR"/>
        </w:rPr>
        <w:t>ماده</w:t>
      </w:r>
      <w:r w:rsidRPr="0088687A">
        <w:rPr>
          <w:rFonts w:ascii="Arial" w:hAnsi="Arial" w:cs="B Nazanin"/>
          <w:b/>
          <w:bCs/>
          <w:sz w:val="36"/>
          <w:szCs w:val="32"/>
          <w:rtl/>
          <w:lang w:bidi="fa-IR"/>
        </w:rPr>
        <w:t xml:space="preserve"> 15 </w:t>
      </w:r>
      <w:r w:rsidRPr="0088687A">
        <w:rPr>
          <w:rFonts w:ascii="Arial" w:hAnsi="Arial" w:cs="B Nazanin" w:hint="eastAsia"/>
          <w:b/>
          <w:bCs/>
          <w:sz w:val="36"/>
          <w:szCs w:val="32"/>
          <w:rtl/>
          <w:lang w:bidi="fa-IR"/>
        </w:rPr>
        <w:t>ـ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در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صورت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توق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ف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کارگر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بر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اثر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شکا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ت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کارفرما،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وضع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ت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قرارداد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و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پرداخت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عل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ی‌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الحساب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به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خانواده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او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مطابق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قانون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کار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و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مقررات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لازم‌الاجرا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تع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یی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ن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م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ی‌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شود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.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مطابق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متن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نمونه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ارسال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،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در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مدت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توق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ف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قرارداد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معلق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م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ی‌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شود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و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کارفرما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تا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تع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یی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ن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تکل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ف،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حداقل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۵۰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درصد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حقوق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ماهانه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را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عل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ی‌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الحساب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ب</w:t>
      </w:r>
      <w:r w:rsidR="0088687A">
        <w:rPr>
          <w:rFonts w:ascii="Arial" w:hAnsi="Arial" w:cs="B Nazanin" w:hint="eastAsia"/>
          <w:sz w:val="36"/>
          <w:szCs w:val="32"/>
          <w:rtl/>
          <w:lang w:bidi="fa-IR"/>
        </w:rPr>
        <w:t>رای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رفع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احت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اجات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خانواده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پرداخت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م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ی‌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کند؛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در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صورت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عدم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محکوم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ت،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آثار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قانون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تعل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ق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از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جمله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سابقه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و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مطالبات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رعا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ت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م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ی‌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شود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>.</w:t>
      </w:r>
    </w:p>
    <w:p w14:paraId="13914FB5" w14:textId="7CFF7D4C" w:rsidR="00246528" w:rsidRPr="0088687A" w:rsidRDefault="00246528" w:rsidP="00246528">
      <w:pPr>
        <w:bidi/>
        <w:rPr>
          <w:rFonts w:ascii="Arial" w:hAnsi="Arial" w:cs="B Nazanin"/>
          <w:sz w:val="36"/>
          <w:szCs w:val="32"/>
          <w:lang w:bidi="fa-IR"/>
        </w:rPr>
      </w:pPr>
      <w:r w:rsidRPr="0088687A">
        <w:rPr>
          <w:rFonts w:ascii="Arial" w:hAnsi="Arial" w:cs="B Nazanin" w:hint="eastAsia"/>
          <w:b/>
          <w:bCs/>
          <w:sz w:val="36"/>
          <w:szCs w:val="32"/>
          <w:rtl/>
          <w:lang w:bidi="fa-IR"/>
        </w:rPr>
        <w:t>ماده</w:t>
      </w:r>
      <w:r w:rsidRPr="0088687A">
        <w:rPr>
          <w:rFonts w:ascii="Arial" w:hAnsi="Arial" w:cs="B Nazanin"/>
          <w:b/>
          <w:bCs/>
          <w:sz w:val="36"/>
          <w:szCs w:val="32"/>
          <w:rtl/>
          <w:lang w:bidi="fa-IR"/>
        </w:rPr>
        <w:t xml:space="preserve"> 16 </w:t>
      </w:r>
      <w:r w:rsidRPr="0088687A">
        <w:rPr>
          <w:rFonts w:ascii="Arial" w:hAnsi="Arial" w:cs="B Nazanin" w:hint="eastAsia"/>
          <w:b/>
          <w:bCs/>
          <w:sz w:val="36"/>
          <w:szCs w:val="32"/>
          <w:rtl/>
          <w:lang w:bidi="fa-IR"/>
        </w:rPr>
        <w:t>ـ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کم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ته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موارد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اتهام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را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مشخص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و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برگ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تفه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م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اتهام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را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تنظ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م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م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ی‌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کند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.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واحد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ادار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موظف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است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حداکثر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ظرف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پنج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روز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برگ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را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به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کارگر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ابلاغ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کند؛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در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نبود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واحد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ادار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،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کم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ته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رأسا</w:t>
      </w:r>
      <w:r w:rsidR="00934584">
        <w:rPr>
          <w:rFonts w:ascii="Arial" w:hAnsi="Arial" w:cs="B Nazanin"/>
          <w:sz w:val="36"/>
          <w:szCs w:val="32"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اقدام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م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ی‌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کند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>.</w:t>
      </w:r>
    </w:p>
    <w:p w14:paraId="48AB8E22" w14:textId="726AC7EE" w:rsidR="00246528" w:rsidRPr="0088687A" w:rsidRDefault="00246528" w:rsidP="00246528">
      <w:pPr>
        <w:bidi/>
        <w:rPr>
          <w:rFonts w:ascii="Arial" w:hAnsi="Arial" w:cs="B Nazanin"/>
          <w:sz w:val="36"/>
          <w:szCs w:val="32"/>
          <w:lang w:bidi="fa-IR"/>
        </w:rPr>
      </w:pPr>
      <w:r w:rsidRPr="0088687A">
        <w:rPr>
          <w:rFonts w:ascii="Arial" w:hAnsi="Arial" w:cs="B Nazanin" w:hint="eastAsia"/>
          <w:b/>
          <w:bCs/>
          <w:sz w:val="36"/>
          <w:szCs w:val="32"/>
          <w:rtl/>
          <w:lang w:bidi="fa-IR"/>
        </w:rPr>
        <w:t>ماده</w:t>
      </w:r>
      <w:r w:rsidRPr="0088687A">
        <w:rPr>
          <w:rFonts w:ascii="Arial" w:hAnsi="Arial" w:cs="B Nazanin"/>
          <w:b/>
          <w:bCs/>
          <w:sz w:val="36"/>
          <w:szCs w:val="32"/>
          <w:rtl/>
          <w:lang w:bidi="fa-IR"/>
        </w:rPr>
        <w:t xml:space="preserve"> 17 </w:t>
      </w:r>
      <w:r w:rsidRPr="0088687A">
        <w:rPr>
          <w:rFonts w:ascii="Arial" w:hAnsi="Arial" w:cs="B Nazanin" w:hint="eastAsia"/>
          <w:b/>
          <w:bCs/>
          <w:sz w:val="36"/>
          <w:szCs w:val="32"/>
          <w:rtl/>
          <w:lang w:bidi="fa-IR"/>
        </w:rPr>
        <w:t>ـ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کارگر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از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تار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خ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ابلاغ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برگ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تفه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م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اتهام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پنج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روز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ب</w:t>
      </w:r>
      <w:r w:rsidR="0088687A">
        <w:rPr>
          <w:rFonts w:ascii="Arial" w:hAnsi="Arial" w:cs="B Nazanin" w:hint="eastAsia"/>
          <w:sz w:val="36"/>
          <w:szCs w:val="32"/>
          <w:rtl/>
          <w:lang w:bidi="fa-IR"/>
        </w:rPr>
        <w:t>رای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ارائه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دفاع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ه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کتب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فرصت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دارد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.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ا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ن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مدت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با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درخواست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کارگر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و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تشخ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ص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کم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ته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تا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پنج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روز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د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گر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قابل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تمد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د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است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.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مدارک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درخواست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لازم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ب</w:t>
      </w:r>
      <w:r w:rsidR="0088687A">
        <w:rPr>
          <w:rFonts w:ascii="Arial" w:hAnsi="Arial" w:cs="B Nazanin" w:hint="eastAsia"/>
          <w:sz w:val="36"/>
          <w:szCs w:val="32"/>
          <w:rtl/>
          <w:lang w:bidi="fa-IR"/>
        </w:rPr>
        <w:t>رای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دفاع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در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اخت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ار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کارگر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قرار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م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ی‌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گ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رد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.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عدم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ارائه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دفاع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ه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در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مهلت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مقرر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مانع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رس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دگ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بر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اساس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مدارک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موجود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ن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ست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>.</w:t>
      </w:r>
    </w:p>
    <w:p w14:paraId="182F9AA3" w14:textId="5852D232" w:rsidR="0088687A" w:rsidRPr="0088687A" w:rsidRDefault="00246528" w:rsidP="0088687A">
      <w:pPr>
        <w:bidi/>
        <w:rPr>
          <w:rFonts w:ascii="Arial" w:hAnsi="Arial" w:cs="B Nazanin"/>
          <w:sz w:val="36"/>
          <w:szCs w:val="32"/>
          <w:lang w:bidi="fa-IR"/>
        </w:rPr>
      </w:pPr>
      <w:r w:rsidRPr="0088687A">
        <w:rPr>
          <w:rFonts w:ascii="Arial" w:hAnsi="Arial" w:cs="B Nazanin" w:hint="eastAsia"/>
          <w:b/>
          <w:bCs/>
          <w:sz w:val="36"/>
          <w:szCs w:val="32"/>
          <w:rtl/>
          <w:lang w:bidi="fa-IR"/>
        </w:rPr>
        <w:t>ماده</w:t>
      </w:r>
      <w:r w:rsidRPr="0088687A">
        <w:rPr>
          <w:rFonts w:ascii="Arial" w:hAnsi="Arial" w:cs="B Nazanin"/>
          <w:b/>
          <w:bCs/>
          <w:sz w:val="36"/>
          <w:szCs w:val="32"/>
          <w:rtl/>
          <w:lang w:bidi="fa-IR"/>
        </w:rPr>
        <w:t xml:space="preserve"> 18 </w:t>
      </w:r>
      <w:r w:rsidRPr="0088687A">
        <w:rPr>
          <w:rFonts w:ascii="Arial" w:hAnsi="Arial" w:cs="B Nazanin" w:hint="eastAsia"/>
          <w:b/>
          <w:bCs/>
          <w:sz w:val="36"/>
          <w:szCs w:val="32"/>
          <w:rtl/>
          <w:lang w:bidi="fa-IR"/>
        </w:rPr>
        <w:t>ـ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کارگر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با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د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ب</w:t>
      </w:r>
      <w:r w:rsidR="0088687A">
        <w:rPr>
          <w:rFonts w:ascii="Arial" w:hAnsi="Arial" w:cs="B Nazanin" w:hint="eastAsia"/>
          <w:sz w:val="36"/>
          <w:szCs w:val="32"/>
          <w:rtl/>
          <w:lang w:bidi="fa-IR"/>
        </w:rPr>
        <w:t>رای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حضور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در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همه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جلسات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رس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دگ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دعوت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شود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.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فاصله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ابلاغ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وقت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جلسه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تا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روز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جلسه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نبا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د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کمتر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از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دو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روز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باشد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.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در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صورت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عذر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قانون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به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تشخ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ص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کم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ته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وقت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د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گر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تع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یی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ن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م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ی‌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شود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.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عدم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حضور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بدون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عذر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مانع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رس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دگ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ن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ست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>.</w:t>
      </w:r>
    </w:p>
    <w:p w14:paraId="45A423A0" w14:textId="77777777" w:rsidR="00246528" w:rsidRPr="0088687A" w:rsidRDefault="00246528" w:rsidP="00246528">
      <w:pPr>
        <w:bidi/>
        <w:rPr>
          <w:rFonts w:ascii="Arial" w:hAnsi="Arial" w:cs="B Titr"/>
          <w:sz w:val="36"/>
          <w:szCs w:val="32"/>
          <w:lang w:bidi="fa-IR"/>
        </w:rPr>
      </w:pPr>
      <w:r w:rsidRPr="0088687A">
        <w:rPr>
          <w:rFonts w:ascii="Arial" w:hAnsi="Arial" w:cs="B Titr" w:hint="eastAsia"/>
          <w:sz w:val="36"/>
          <w:szCs w:val="32"/>
          <w:rtl/>
          <w:lang w:bidi="fa-IR"/>
        </w:rPr>
        <w:t>فصل</w:t>
      </w:r>
      <w:r w:rsidRPr="0088687A">
        <w:rPr>
          <w:rFonts w:ascii="Arial" w:hAnsi="Arial" w:cs="B Titr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Titr" w:hint="eastAsia"/>
          <w:sz w:val="36"/>
          <w:szCs w:val="32"/>
          <w:rtl/>
          <w:lang w:bidi="fa-IR"/>
        </w:rPr>
        <w:t>پنجم</w:t>
      </w:r>
      <w:r w:rsidRPr="0088687A">
        <w:rPr>
          <w:rFonts w:ascii="Arial" w:hAnsi="Arial" w:cs="B Titr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Titr" w:hint="eastAsia"/>
          <w:sz w:val="36"/>
          <w:szCs w:val="32"/>
          <w:rtl/>
          <w:lang w:bidi="fa-IR"/>
        </w:rPr>
        <w:t>ـ</w:t>
      </w:r>
      <w:r w:rsidRPr="0088687A">
        <w:rPr>
          <w:rFonts w:ascii="Arial" w:hAnsi="Arial" w:cs="B Titr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Titr" w:hint="eastAsia"/>
          <w:sz w:val="36"/>
          <w:szCs w:val="32"/>
          <w:rtl/>
          <w:lang w:bidi="fa-IR"/>
        </w:rPr>
        <w:t>اتخاذ</w:t>
      </w:r>
      <w:r w:rsidRPr="0088687A">
        <w:rPr>
          <w:rFonts w:ascii="Arial" w:hAnsi="Arial" w:cs="B Titr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Titr" w:hint="eastAsia"/>
          <w:sz w:val="36"/>
          <w:szCs w:val="32"/>
          <w:rtl/>
          <w:lang w:bidi="fa-IR"/>
        </w:rPr>
        <w:t>تصم</w:t>
      </w:r>
      <w:r w:rsidRPr="0088687A">
        <w:rPr>
          <w:rFonts w:ascii="Arial" w:hAnsi="Arial" w:cs="B Titr" w:hint="cs"/>
          <w:sz w:val="36"/>
          <w:szCs w:val="32"/>
          <w:rtl/>
          <w:lang w:bidi="fa-IR"/>
        </w:rPr>
        <w:t>ی</w:t>
      </w:r>
      <w:r w:rsidRPr="0088687A">
        <w:rPr>
          <w:rFonts w:ascii="Arial" w:hAnsi="Arial" w:cs="B Titr" w:hint="eastAsia"/>
          <w:sz w:val="36"/>
          <w:szCs w:val="32"/>
          <w:rtl/>
          <w:lang w:bidi="fa-IR"/>
        </w:rPr>
        <w:t>م،</w:t>
      </w:r>
      <w:r w:rsidRPr="0088687A">
        <w:rPr>
          <w:rFonts w:ascii="Arial" w:hAnsi="Arial" w:cs="B Titr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Titr" w:hint="eastAsia"/>
          <w:sz w:val="36"/>
          <w:szCs w:val="32"/>
          <w:rtl/>
          <w:lang w:bidi="fa-IR"/>
        </w:rPr>
        <w:t>ابلاغ</w:t>
      </w:r>
      <w:r w:rsidRPr="0088687A">
        <w:rPr>
          <w:rFonts w:ascii="Arial" w:hAnsi="Arial" w:cs="B Titr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Titr" w:hint="eastAsia"/>
          <w:sz w:val="36"/>
          <w:szCs w:val="32"/>
          <w:rtl/>
          <w:lang w:bidi="fa-IR"/>
        </w:rPr>
        <w:t>و</w:t>
      </w:r>
      <w:r w:rsidRPr="0088687A">
        <w:rPr>
          <w:rFonts w:ascii="Arial" w:hAnsi="Arial" w:cs="B Titr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Titr" w:hint="eastAsia"/>
          <w:sz w:val="36"/>
          <w:szCs w:val="32"/>
          <w:rtl/>
          <w:lang w:bidi="fa-IR"/>
        </w:rPr>
        <w:t>اجرا</w:t>
      </w:r>
    </w:p>
    <w:p w14:paraId="44F7905C" w14:textId="4BB806F2" w:rsidR="00246528" w:rsidRPr="0088687A" w:rsidRDefault="00246528" w:rsidP="00246528">
      <w:pPr>
        <w:bidi/>
        <w:rPr>
          <w:rFonts w:ascii="Arial" w:hAnsi="Arial" w:cs="B Nazanin"/>
          <w:sz w:val="36"/>
          <w:szCs w:val="32"/>
          <w:lang w:bidi="fa-IR"/>
        </w:rPr>
      </w:pPr>
      <w:r w:rsidRPr="0088687A">
        <w:rPr>
          <w:rFonts w:ascii="Arial" w:hAnsi="Arial" w:cs="B Nazanin" w:hint="eastAsia"/>
          <w:b/>
          <w:bCs/>
          <w:sz w:val="36"/>
          <w:szCs w:val="32"/>
          <w:rtl/>
          <w:lang w:bidi="fa-IR"/>
        </w:rPr>
        <w:lastRenderedPageBreak/>
        <w:t>ماده</w:t>
      </w:r>
      <w:r w:rsidRPr="0088687A">
        <w:rPr>
          <w:rFonts w:ascii="Arial" w:hAnsi="Arial" w:cs="B Nazanin"/>
          <w:b/>
          <w:bCs/>
          <w:sz w:val="36"/>
          <w:szCs w:val="32"/>
          <w:rtl/>
          <w:lang w:bidi="fa-IR"/>
        </w:rPr>
        <w:t xml:space="preserve"> 19 </w:t>
      </w:r>
      <w:r w:rsidRPr="0088687A">
        <w:rPr>
          <w:rFonts w:ascii="Arial" w:hAnsi="Arial" w:cs="B Nazanin" w:hint="eastAsia"/>
          <w:b/>
          <w:bCs/>
          <w:sz w:val="36"/>
          <w:szCs w:val="32"/>
          <w:rtl/>
          <w:lang w:bidi="fa-IR"/>
        </w:rPr>
        <w:t>ـ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کم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ته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پس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از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بررس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اسناد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و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مدارک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و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دفاع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ات،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با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لحاظ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نوع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تخلف،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م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زان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ز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ان،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آثار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سوء،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وجود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ا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فقدان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سوءن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ت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و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موقع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ت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و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سوابق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کارگر،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تصم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م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مستدل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و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مستند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اتخاذ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م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ی‌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کند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.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اگر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تخلف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احراز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نشود،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="0088687A">
        <w:rPr>
          <w:rFonts w:ascii="Arial" w:hAnsi="Arial" w:cs="B Nazanin" w:hint="eastAsia"/>
          <w:sz w:val="36"/>
          <w:szCs w:val="32"/>
          <w:rtl/>
          <w:lang w:bidi="fa-IR"/>
        </w:rPr>
        <w:t>رای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بر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برائت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کارگر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صادر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م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ی‌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شود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>.</w:t>
      </w:r>
    </w:p>
    <w:p w14:paraId="5FBE85AC" w14:textId="67D971A6" w:rsidR="00246528" w:rsidRPr="0088687A" w:rsidRDefault="00246528" w:rsidP="00246528">
      <w:pPr>
        <w:bidi/>
        <w:rPr>
          <w:rFonts w:ascii="Arial" w:hAnsi="Arial" w:cs="B Nazanin"/>
          <w:sz w:val="36"/>
          <w:szCs w:val="32"/>
          <w:rtl/>
          <w:lang w:bidi="fa-IR"/>
        </w:rPr>
      </w:pPr>
      <w:r w:rsidRPr="0088687A">
        <w:rPr>
          <w:rFonts w:ascii="Arial" w:hAnsi="Arial" w:cs="B Nazanin" w:hint="eastAsia"/>
          <w:b/>
          <w:bCs/>
          <w:sz w:val="36"/>
          <w:szCs w:val="32"/>
          <w:rtl/>
          <w:lang w:bidi="fa-IR"/>
        </w:rPr>
        <w:t>ماده</w:t>
      </w:r>
      <w:r w:rsidRPr="0088687A">
        <w:rPr>
          <w:rFonts w:ascii="Arial" w:hAnsi="Arial" w:cs="B Nazanin"/>
          <w:b/>
          <w:bCs/>
          <w:sz w:val="36"/>
          <w:szCs w:val="32"/>
          <w:rtl/>
          <w:lang w:bidi="fa-IR"/>
        </w:rPr>
        <w:t xml:space="preserve"> 20 </w:t>
      </w:r>
      <w:r w:rsidRPr="0088687A">
        <w:rPr>
          <w:rFonts w:ascii="Arial" w:hAnsi="Arial" w:cs="B Nazanin" w:hint="eastAsia"/>
          <w:b/>
          <w:bCs/>
          <w:sz w:val="36"/>
          <w:szCs w:val="32"/>
          <w:rtl/>
          <w:lang w:bidi="fa-IR"/>
        </w:rPr>
        <w:t>ـ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واحد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ادار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تصم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م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کم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ته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را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حداکثر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ظرف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ده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روز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از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تار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خ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اتخاذ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تصم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م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ابلاغ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م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ی‌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کند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و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اج</w:t>
      </w:r>
      <w:r w:rsidR="0088687A">
        <w:rPr>
          <w:rFonts w:ascii="Arial" w:hAnsi="Arial" w:cs="B Nazanin" w:hint="eastAsia"/>
          <w:sz w:val="36"/>
          <w:szCs w:val="32"/>
          <w:rtl/>
          <w:lang w:bidi="fa-IR"/>
        </w:rPr>
        <w:t>رای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آن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از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تار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خ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ابلاغ،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در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حدود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قانون،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انجام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م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ی‌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شود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.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جلوگ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ر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از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ابلاغ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ا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اج</w:t>
      </w:r>
      <w:r w:rsidR="0088687A">
        <w:rPr>
          <w:rFonts w:ascii="Arial" w:hAnsi="Arial" w:cs="B Nazanin" w:hint="eastAsia"/>
          <w:sz w:val="36"/>
          <w:szCs w:val="32"/>
          <w:rtl/>
          <w:lang w:bidi="fa-IR"/>
        </w:rPr>
        <w:t>رای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قانون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تصم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م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ممنوع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است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.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اگر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اج</w:t>
      </w:r>
      <w:r w:rsidR="0088687A">
        <w:rPr>
          <w:rFonts w:ascii="Arial" w:hAnsi="Arial" w:cs="B Nazanin" w:hint="eastAsia"/>
          <w:sz w:val="36"/>
          <w:szCs w:val="32"/>
          <w:rtl/>
          <w:lang w:bidi="fa-IR"/>
        </w:rPr>
        <w:t>رای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فور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درباره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محکوم‌عل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ه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ممکن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نباشد،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موضوع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به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کم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ته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گزارش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و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پس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از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فراهم‌شدن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امکان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اجرا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م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ی‌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شود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.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تصم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مات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کم</w:t>
      </w:r>
      <w:r w:rsidRPr="0088687A">
        <w:rPr>
          <w:rFonts w:ascii="Arial" w:hAnsi="Arial" w:cs="B Nazanin" w:hint="cs"/>
          <w:sz w:val="36"/>
          <w:szCs w:val="32"/>
          <w:rtl/>
          <w:lang w:bidi="fa-IR"/>
        </w:rPr>
        <w:t>ی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ته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در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مراجع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حل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اختلاف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کار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قابل</w:t>
      </w:r>
      <w:r w:rsidRPr="0088687A">
        <w:rPr>
          <w:rFonts w:ascii="Arial" w:hAnsi="Arial" w:cs="B Nazanin"/>
          <w:sz w:val="36"/>
          <w:szCs w:val="32"/>
          <w:rtl/>
          <w:lang w:bidi="fa-IR"/>
        </w:rPr>
        <w:t xml:space="preserve"> </w:t>
      </w:r>
      <w:r w:rsidRPr="0088687A">
        <w:rPr>
          <w:rFonts w:ascii="Arial" w:hAnsi="Arial" w:cs="B Nazanin" w:hint="eastAsia"/>
          <w:sz w:val="36"/>
          <w:szCs w:val="32"/>
          <w:rtl/>
          <w:lang w:bidi="fa-IR"/>
        </w:rPr>
        <w:t>اعتراض‌اند</w:t>
      </w:r>
    </w:p>
    <w:p w14:paraId="074FFEA8" w14:textId="3B44F6D8" w:rsidR="00246528" w:rsidRPr="0088687A" w:rsidRDefault="00246528" w:rsidP="00246528">
      <w:pPr>
        <w:bidi/>
        <w:rPr>
          <w:rFonts w:cs="B Titr"/>
          <w:sz w:val="34"/>
          <w:szCs w:val="32"/>
          <w:lang w:bidi="fa-IR"/>
        </w:rPr>
      </w:pPr>
      <w:r w:rsidRPr="0088687A">
        <w:rPr>
          <w:rFonts w:cs="B Titr" w:hint="eastAsia"/>
          <w:sz w:val="34"/>
          <w:szCs w:val="32"/>
          <w:rtl/>
          <w:lang w:bidi="fa-IR"/>
        </w:rPr>
        <w:t>فصل</w:t>
      </w:r>
      <w:r w:rsidRPr="0088687A">
        <w:rPr>
          <w:rFonts w:cs="B Titr"/>
          <w:sz w:val="34"/>
          <w:szCs w:val="32"/>
          <w:rtl/>
          <w:lang w:bidi="fa-IR"/>
        </w:rPr>
        <w:t xml:space="preserve"> </w:t>
      </w:r>
      <w:r w:rsidRPr="0088687A">
        <w:rPr>
          <w:rFonts w:cs="B Titr" w:hint="eastAsia"/>
          <w:sz w:val="34"/>
          <w:szCs w:val="32"/>
          <w:rtl/>
          <w:lang w:bidi="fa-IR"/>
        </w:rPr>
        <w:t>ششم</w:t>
      </w:r>
      <w:r w:rsidRPr="0088687A">
        <w:rPr>
          <w:rFonts w:cs="B Titr"/>
          <w:sz w:val="34"/>
          <w:szCs w:val="32"/>
          <w:rtl/>
          <w:lang w:bidi="fa-IR"/>
        </w:rPr>
        <w:t xml:space="preserve"> </w:t>
      </w:r>
      <w:r w:rsidRPr="0088687A">
        <w:rPr>
          <w:rFonts w:cs="B Titr" w:hint="eastAsia"/>
          <w:sz w:val="34"/>
          <w:szCs w:val="32"/>
          <w:rtl/>
          <w:lang w:bidi="fa-IR"/>
        </w:rPr>
        <w:t>ـ</w:t>
      </w:r>
      <w:r w:rsidRPr="0088687A">
        <w:rPr>
          <w:rFonts w:cs="B Titr"/>
          <w:sz w:val="34"/>
          <w:szCs w:val="32"/>
          <w:rtl/>
          <w:lang w:bidi="fa-IR"/>
        </w:rPr>
        <w:t xml:space="preserve"> </w:t>
      </w:r>
      <w:r w:rsidRPr="0088687A">
        <w:rPr>
          <w:rFonts w:cs="B Titr" w:hint="eastAsia"/>
          <w:sz w:val="34"/>
          <w:szCs w:val="32"/>
          <w:rtl/>
          <w:lang w:bidi="fa-IR"/>
        </w:rPr>
        <w:t>سا</w:t>
      </w:r>
      <w:r w:rsidRPr="0088687A">
        <w:rPr>
          <w:rFonts w:cs="B Titr" w:hint="cs"/>
          <w:sz w:val="34"/>
          <w:szCs w:val="32"/>
          <w:rtl/>
          <w:lang w:bidi="fa-IR"/>
        </w:rPr>
        <w:t>ی</w:t>
      </w:r>
      <w:r w:rsidRPr="0088687A">
        <w:rPr>
          <w:rFonts w:cs="B Titr" w:hint="eastAsia"/>
          <w:sz w:val="34"/>
          <w:szCs w:val="32"/>
          <w:rtl/>
          <w:lang w:bidi="fa-IR"/>
        </w:rPr>
        <w:t>ر</w:t>
      </w:r>
      <w:r w:rsidRPr="0088687A">
        <w:rPr>
          <w:rFonts w:cs="B Titr"/>
          <w:sz w:val="34"/>
          <w:szCs w:val="32"/>
          <w:rtl/>
          <w:lang w:bidi="fa-IR"/>
        </w:rPr>
        <w:t xml:space="preserve"> </w:t>
      </w:r>
      <w:r w:rsidRPr="0088687A">
        <w:rPr>
          <w:rFonts w:cs="B Titr" w:hint="eastAsia"/>
          <w:sz w:val="34"/>
          <w:szCs w:val="32"/>
          <w:rtl/>
          <w:lang w:bidi="fa-IR"/>
        </w:rPr>
        <w:t>مقررات</w:t>
      </w:r>
    </w:p>
    <w:p w14:paraId="22E91E91" w14:textId="7E52DC3B" w:rsidR="00246528" w:rsidRPr="0088687A" w:rsidRDefault="00246528" w:rsidP="00246528">
      <w:pPr>
        <w:bidi/>
        <w:rPr>
          <w:rFonts w:cs="B Nazanin"/>
          <w:sz w:val="34"/>
          <w:szCs w:val="32"/>
          <w:lang w:bidi="fa-IR"/>
        </w:rPr>
      </w:pPr>
      <w:r w:rsidRPr="0088687A">
        <w:rPr>
          <w:rFonts w:cs="B Nazanin" w:hint="eastAsia"/>
          <w:b/>
          <w:bCs/>
          <w:sz w:val="34"/>
          <w:szCs w:val="32"/>
          <w:rtl/>
          <w:lang w:bidi="fa-IR"/>
        </w:rPr>
        <w:t>ماده</w:t>
      </w:r>
      <w:r w:rsidRPr="0088687A">
        <w:rPr>
          <w:rFonts w:cs="B Nazanin"/>
          <w:b/>
          <w:bCs/>
          <w:sz w:val="34"/>
          <w:szCs w:val="32"/>
          <w:rtl/>
          <w:lang w:bidi="fa-IR"/>
        </w:rPr>
        <w:t xml:space="preserve"> 21 </w:t>
      </w:r>
      <w:r w:rsidRPr="0088687A">
        <w:rPr>
          <w:rFonts w:cs="B Nazanin" w:hint="eastAsia"/>
          <w:b/>
          <w:bCs/>
          <w:sz w:val="34"/>
          <w:szCs w:val="32"/>
          <w:rtl/>
          <w:lang w:bidi="fa-IR"/>
        </w:rPr>
        <w:t>ـ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اصلاح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ا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تغ</w:t>
      </w:r>
      <w:r w:rsidRPr="0088687A">
        <w:rPr>
          <w:rFonts w:cs="B Nazanin" w:hint="cs"/>
          <w:sz w:val="34"/>
          <w:szCs w:val="32"/>
          <w:rtl/>
          <w:lang w:bidi="fa-IR"/>
        </w:rPr>
        <w:t>یی</w:t>
      </w:r>
      <w:r w:rsidRPr="0088687A">
        <w:rPr>
          <w:rFonts w:cs="B Nazanin" w:hint="eastAsia"/>
          <w:sz w:val="34"/>
          <w:szCs w:val="32"/>
          <w:rtl/>
          <w:lang w:bidi="fa-IR"/>
        </w:rPr>
        <w:t>ر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تصم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م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کم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ته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در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صورت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ممکن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است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که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کم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ته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صادرکننده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با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اکثر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ت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آرا،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وجود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راد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شکل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ا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ماهو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را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تشخ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ص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دهد</w:t>
      </w:r>
      <w:r w:rsidRPr="0088687A">
        <w:rPr>
          <w:rFonts w:cs="B Nazanin"/>
          <w:sz w:val="34"/>
          <w:szCs w:val="32"/>
          <w:rtl/>
          <w:lang w:bidi="fa-IR"/>
        </w:rPr>
        <w:t>.</w:t>
      </w:r>
    </w:p>
    <w:p w14:paraId="6446689B" w14:textId="77777777" w:rsidR="00246528" w:rsidRPr="0088687A" w:rsidRDefault="00246528" w:rsidP="00246528">
      <w:pPr>
        <w:bidi/>
        <w:rPr>
          <w:rFonts w:cs="B Nazanin"/>
          <w:sz w:val="34"/>
          <w:szCs w:val="32"/>
          <w:lang w:bidi="fa-IR"/>
        </w:rPr>
      </w:pPr>
      <w:r w:rsidRPr="0088687A">
        <w:rPr>
          <w:rFonts w:cs="B Nazanin" w:hint="eastAsia"/>
          <w:b/>
          <w:bCs/>
          <w:sz w:val="34"/>
          <w:szCs w:val="32"/>
          <w:rtl/>
          <w:lang w:bidi="fa-IR"/>
        </w:rPr>
        <w:t>ماده</w:t>
      </w:r>
      <w:r w:rsidRPr="0088687A">
        <w:rPr>
          <w:rFonts w:cs="B Nazanin"/>
          <w:b/>
          <w:bCs/>
          <w:sz w:val="34"/>
          <w:szCs w:val="32"/>
          <w:rtl/>
          <w:lang w:bidi="fa-IR"/>
        </w:rPr>
        <w:t xml:space="preserve"> 22 </w:t>
      </w:r>
      <w:r w:rsidRPr="0088687A">
        <w:rPr>
          <w:rFonts w:cs="B Nazanin" w:hint="eastAsia"/>
          <w:b/>
          <w:bCs/>
          <w:sz w:val="34"/>
          <w:szCs w:val="32"/>
          <w:rtl/>
          <w:lang w:bidi="fa-IR"/>
        </w:rPr>
        <w:t>ـ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تخلف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که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پس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از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بازنشستگ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کارگر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کشف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شود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در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کم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ته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انضباط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کار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قابل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طرح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ن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ست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و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در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صورت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ضرورت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از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طر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ق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مراجع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ذ</w:t>
      </w:r>
      <w:r w:rsidRPr="0088687A">
        <w:rPr>
          <w:rFonts w:cs="B Nazanin" w:hint="cs"/>
          <w:sz w:val="34"/>
          <w:szCs w:val="32"/>
          <w:rtl/>
          <w:lang w:bidi="fa-IR"/>
        </w:rPr>
        <w:t>ی‌</w:t>
      </w:r>
      <w:r w:rsidRPr="0088687A">
        <w:rPr>
          <w:rFonts w:cs="B Nazanin" w:hint="eastAsia"/>
          <w:sz w:val="34"/>
          <w:szCs w:val="32"/>
          <w:rtl/>
          <w:lang w:bidi="fa-IR"/>
        </w:rPr>
        <w:t>صلاح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پ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گ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ر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</w:t>
      </w:r>
      <w:r w:rsidRPr="0088687A">
        <w:rPr>
          <w:rFonts w:cs="B Nazanin" w:hint="cs"/>
          <w:sz w:val="34"/>
          <w:szCs w:val="32"/>
          <w:rtl/>
          <w:lang w:bidi="fa-IR"/>
        </w:rPr>
        <w:t>ی‌</w:t>
      </w:r>
      <w:r w:rsidRPr="0088687A">
        <w:rPr>
          <w:rFonts w:cs="B Nazanin" w:hint="eastAsia"/>
          <w:sz w:val="34"/>
          <w:szCs w:val="32"/>
          <w:rtl/>
          <w:lang w:bidi="fa-IR"/>
        </w:rPr>
        <w:t>شود</w:t>
      </w:r>
      <w:r w:rsidRPr="0088687A">
        <w:rPr>
          <w:rFonts w:cs="B Nazanin"/>
          <w:sz w:val="34"/>
          <w:szCs w:val="32"/>
          <w:rtl/>
          <w:lang w:bidi="fa-IR"/>
        </w:rPr>
        <w:t>.</w:t>
      </w:r>
    </w:p>
    <w:p w14:paraId="7C27EA88" w14:textId="77777777" w:rsidR="00246528" w:rsidRPr="0088687A" w:rsidRDefault="00246528" w:rsidP="00246528">
      <w:pPr>
        <w:bidi/>
        <w:rPr>
          <w:rFonts w:cs="B Nazanin"/>
          <w:sz w:val="34"/>
          <w:szCs w:val="32"/>
          <w:lang w:bidi="fa-IR"/>
        </w:rPr>
      </w:pPr>
      <w:r w:rsidRPr="0088687A">
        <w:rPr>
          <w:rFonts w:cs="B Nazanin" w:hint="eastAsia"/>
          <w:b/>
          <w:bCs/>
          <w:sz w:val="34"/>
          <w:szCs w:val="32"/>
          <w:rtl/>
          <w:lang w:bidi="fa-IR"/>
        </w:rPr>
        <w:t>ماده</w:t>
      </w:r>
      <w:r w:rsidRPr="0088687A">
        <w:rPr>
          <w:rFonts w:cs="B Nazanin"/>
          <w:b/>
          <w:bCs/>
          <w:sz w:val="34"/>
          <w:szCs w:val="32"/>
          <w:rtl/>
          <w:lang w:bidi="fa-IR"/>
        </w:rPr>
        <w:t xml:space="preserve"> 23 </w:t>
      </w:r>
      <w:r w:rsidRPr="0088687A">
        <w:rPr>
          <w:rFonts w:cs="B Nazanin" w:hint="eastAsia"/>
          <w:b/>
          <w:bCs/>
          <w:sz w:val="34"/>
          <w:szCs w:val="32"/>
          <w:rtl/>
          <w:lang w:bidi="fa-IR"/>
        </w:rPr>
        <w:t>ـ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فوت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کارگر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پ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ش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از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اتخاذ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تصم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م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کم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ته،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موجب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توقف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رس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دگ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و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مختومه‌شدن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پرونده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در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کم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ته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</w:t>
      </w:r>
      <w:r w:rsidRPr="0088687A">
        <w:rPr>
          <w:rFonts w:cs="B Nazanin" w:hint="cs"/>
          <w:sz w:val="34"/>
          <w:szCs w:val="32"/>
          <w:rtl/>
          <w:lang w:bidi="fa-IR"/>
        </w:rPr>
        <w:t>ی‌</w:t>
      </w:r>
      <w:r w:rsidRPr="0088687A">
        <w:rPr>
          <w:rFonts w:cs="B Nazanin" w:hint="eastAsia"/>
          <w:sz w:val="34"/>
          <w:szCs w:val="32"/>
          <w:rtl/>
          <w:lang w:bidi="fa-IR"/>
        </w:rPr>
        <w:t>شود؛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پ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گ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ر</w:t>
      </w:r>
      <w:r w:rsidRPr="0088687A">
        <w:rPr>
          <w:rFonts w:cs="B Nazanin" w:hint="cs"/>
          <w:sz w:val="34"/>
          <w:szCs w:val="32"/>
          <w:rtl/>
          <w:lang w:bidi="fa-IR"/>
        </w:rPr>
        <w:t>ی‌</w:t>
      </w:r>
      <w:r w:rsidRPr="0088687A">
        <w:rPr>
          <w:rFonts w:cs="B Nazanin" w:hint="eastAsia"/>
          <w:sz w:val="34"/>
          <w:szCs w:val="32"/>
          <w:rtl/>
          <w:lang w:bidi="fa-IR"/>
        </w:rPr>
        <w:t>ها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احتمال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در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سا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ر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مراجع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ذ</w:t>
      </w:r>
      <w:r w:rsidRPr="0088687A">
        <w:rPr>
          <w:rFonts w:cs="B Nazanin" w:hint="cs"/>
          <w:sz w:val="34"/>
          <w:szCs w:val="32"/>
          <w:rtl/>
          <w:lang w:bidi="fa-IR"/>
        </w:rPr>
        <w:t>ی‌</w:t>
      </w:r>
      <w:r w:rsidRPr="0088687A">
        <w:rPr>
          <w:rFonts w:cs="B Nazanin" w:hint="eastAsia"/>
          <w:sz w:val="34"/>
          <w:szCs w:val="32"/>
          <w:rtl/>
          <w:lang w:bidi="fa-IR"/>
        </w:rPr>
        <w:t>صلاح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تابع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قانون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است</w:t>
      </w:r>
      <w:r w:rsidRPr="0088687A">
        <w:rPr>
          <w:rFonts w:cs="B Nazanin"/>
          <w:sz w:val="34"/>
          <w:szCs w:val="32"/>
          <w:rtl/>
          <w:lang w:bidi="fa-IR"/>
        </w:rPr>
        <w:t>.</w:t>
      </w:r>
    </w:p>
    <w:p w14:paraId="225D56A6" w14:textId="77777777" w:rsidR="00246528" w:rsidRPr="0088687A" w:rsidRDefault="00246528" w:rsidP="00246528">
      <w:pPr>
        <w:bidi/>
        <w:rPr>
          <w:rFonts w:cs="B Nazanin"/>
          <w:sz w:val="34"/>
          <w:szCs w:val="32"/>
          <w:lang w:bidi="fa-IR"/>
        </w:rPr>
      </w:pPr>
      <w:r w:rsidRPr="0088687A">
        <w:rPr>
          <w:rFonts w:cs="B Nazanin" w:hint="eastAsia"/>
          <w:b/>
          <w:bCs/>
          <w:sz w:val="34"/>
          <w:szCs w:val="32"/>
          <w:rtl/>
          <w:lang w:bidi="fa-IR"/>
        </w:rPr>
        <w:t>ماده</w:t>
      </w:r>
      <w:r w:rsidRPr="0088687A">
        <w:rPr>
          <w:rFonts w:cs="B Nazanin"/>
          <w:b/>
          <w:bCs/>
          <w:sz w:val="34"/>
          <w:szCs w:val="32"/>
          <w:rtl/>
          <w:lang w:bidi="fa-IR"/>
        </w:rPr>
        <w:t xml:space="preserve"> 24 </w:t>
      </w:r>
      <w:r w:rsidRPr="0088687A">
        <w:rPr>
          <w:rFonts w:cs="B Nazanin" w:hint="eastAsia"/>
          <w:b/>
          <w:bCs/>
          <w:sz w:val="34"/>
          <w:szCs w:val="32"/>
          <w:rtl/>
          <w:lang w:bidi="fa-IR"/>
        </w:rPr>
        <w:t>ـ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کارگران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و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واحدها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کارگاه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موظف‌اند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در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حدود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قانون،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مدارک،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اسناد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و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اطلاعات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لازم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را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در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مهلت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تع</w:t>
      </w:r>
      <w:r w:rsidRPr="0088687A">
        <w:rPr>
          <w:rFonts w:cs="B Nazanin" w:hint="cs"/>
          <w:sz w:val="34"/>
          <w:szCs w:val="32"/>
          <w:rtl/>
          <w:lang w:bidi="fa-IR"/>
        </w:rPr>
        <w:t>یی</w:t>
      </w:r>
      <w:r w:rsidRPr="0088687A">
        <w:rPr>
          <w:rFonts w:cs="B Nazanin" w:hint="eastAsia"/>
          <w:sz w:val="34"/>
          <w:szCs w:val="32"/>
          <w:rtl/>
          <w:lang w:bidi="fa-IR"/>
        </w:rPr>
        <w:t>ن‌شده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در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اخت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ار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کم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ته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و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دب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رخانه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آن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قرار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دهند</w:t>
      </w:r>
      <w:r w:rsidRPr="0088687A">
        <w:rPr>
          <w:rFonts w:cs="B Nazanin"/>
          <w:sz w:val="34"/>
          <w:szCs w:val="32"/>
          <w:rtl/>
          <w:lang w:bidi="fa-IR"/>
        </w:rPr>
        <w:t>.</w:t>
      </w:r>
    </w:p>
    <w:p w14:paraId="71D1DFDD" w14:textId="72C32586" w:rsidR="00246528" w:rsidRPr="0088687A" w:rsidRDefault="00246528" w:rsidP="00246528">
      <w:pPr>
        <w:bidi/>
        <w:rPr>
          <w:rFonts w:cs="B Nazanin"/>
          <w:sz w:val="34"/>
          <w:szCs w:val="32"/>
          <w:lang w:bidi="fa-IR"/>
        </w:rPr>
      </w:pPr>
      <w:r w:rsidRPr="0088687A">
        <w:rPr>
          <w:rFonts w:cs="B Nazanin" w:hint="eastAsia"/>
          <w:b/>
          <w:bCs/>
          <w:sz w:val="34"/>
          <w:szCs w:val="32"/>
          <w:rtl/>
          <w:lang w:bidi="fa-IR"/>
        </w:rPr>
        <w:t>ماده</w:t>
      </w:r>
      <w:r w:rsidRPr="0088687A">
        <w:rPr>
          <w:rFonts w:cs="B Nazanin"/>
          <w:b/>
          <w:bCs/>
          <w:sz w:val="34"/>
          <w:szCs w:val="32"/>
          <w:rtl/>
          <w:lang w:bidi="fa-IR"/>
        </w:rPr>
        <w:t xml:space="preserve"> 25 </w:t>
      </w:r>
      <w:r w:rsidRPr="0088687A">
        <w:rPr>
          <w:rFonts w:cs="B Nazanin" w:hint="eastAsia"/>
          <w:b/>
          <w:bCs/>
          <w:sz w:val="34"/>
          <w:szCs w:val="32"/>
          <w:rtl/>
          <w:lang w:bidi="fa-IR"/>
        </w:rPr>
        <w:t>ـ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اگر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عضو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کم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ته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متهم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به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تخلف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موضوع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ن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آ</w:t>
      </w:r>
      <w:r w:rsidRPr="0088687A">
        <w:rPr>
          <w:rFonts w:cs="B Nazanin" w:hint="cs"/>
          <w:sz w:val="34"/>
          <w:szCs w:val="32"/>
          <w:rtl/>
          <w:lang w:bidi="fa-IR"/>
        </w:rPr>
        <w:t>یی</w:t>
      </w:r>
      <w:r w:rsidRPr="0088687A">
        <w:rPr>
          <w:rFonts w:cs="B Nazanin" w:hint="eastAsia"/>
          <w:sz w:val="34"/>
          <w:szCs w:val="32"/>
          <w:rtl/>
          <w:lang w:bidi="fa-IR"/>
        </w:rPr>
        <w:t>ن‌نامه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شود،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عضو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ت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او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در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مدت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رس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دگ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معلق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و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عضو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عل</w:t>
      </w:r>
      <w:r w:rsidRPr="0088687A">
        <w:rPr>
          <w:rFonts w:cs="B Nazanin" w:hint="cs"/>
          <w:sz w:val="34"/>
          <w:szCs w:val="32"/>
          <w:rtl/>
          <w:lang w:bidi="fa-IR"/>
        </w:rPr>
        <w:t>ی‌</w:t>
      </w:r>
      <w:r w:rsidRPr="0088687A">
        <w:rPr>
          <w:rFonts w:cs="B Nazanin" w:hint="eastAsia"/>
          <w:sz w:val="34"/>
          <w:szCs w:val="32"/>
          <w:rtl/>
          <w:lang w:bidi="fa-IR"/>
        </w:rPr>
        <w:t>البدل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همان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گروه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جا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گز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ن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</w:t>
      </w:r>
      <w:r w:rsidRPr="0088687A">
        <w:rPr>
          <w:rFonts w:cs="B Nazanin" w:hint="cs"/>
          <w:sz w:val="34"/>
          <w:szCs w:val="32"/>
          <w:rtl/>
          <w:lang w:bidi="fa-IR"/>
        </w:rPr>
        <w:t>ی‌</w:t>
      </w:r>
      <w:r w:rsidRPr="0088687A">
        <w:rPr>
          <w:rFonts w:cs="B Nazanin" w:hint="eastAsia"/>
          <w:sz w:val="34"/>
          <w:szCs w:val="32"/>
          <w:rtl/>
          <w:lang w:bidi="fa-IR"/>
        </w:rPr>
        <w:t>شود</w:t>
      </w:r>
      <w:r w:rsidRPr="0088687A">
        <w:rPr>
          <w:rFonts w:cs="B Nazanin"/>
          <w:sz w:val="34"/>
          <w:szCs w:val="32"/>
          <w:rtl/>
          <w:lang w:bidi="fa-IR"/>
        </w:rPr>
        <w:t xml:space="preserve">. </w:t>
      </w:r>
      <w:r w:rsidRPr="0088687A">
        <w:rPr>
          <w:rFonts w:cs="B Nazanin" w:hint="eastAsia"/>
          <w:sz w:val="34"/>
          <w:szCs w:val="32"/>
          <w:rtl/>
          <w:lang w:bidi="fa-IR"/>
        </w:rPr>
        <w:t>در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صورت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احراز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نشدن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تخلف،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عضو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اصل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ب</w:t>
      </w:r>
      <w:r w:rsidR="0088687A">
        <w:rPr>
          <w:rFonts w:cs="B Nazanin" w:hint="eastAsia"/>
          <w:sz w:val="34"/>
          <w:szCs w:val="32"/>
          <w:rtl/>
          <w:lang w:bidi="fa-IR"/>
        </w:rPr>
        <w:t>رای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باق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مانده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دوره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بازم</w:t>
      </w:r>
      <w:r w:rsidRPr="0088687A">
        <w:rPr>
          <w:rFonts w:cs="B Nazanin" w:hint="cs"/>
          <w:sz w:val="34"/>
          <w:szCs w:val="32"/>
          <w:rtl/>
          <w:lang w:bidi="fa-IR"/>
        </w:rPr>
        <w:t>ی‌</w:t>
      </w:r>
      <w:r w:rsidRPr="0088687A">
        <w:rPr>
          <w:rFonts w:cs="B Nazanin" w:hint="eastAsia"/>
          <w:sz w:val="34"/>
          <w:szCs w:val="32"/>
          <w:rtl/>
          <w:lang w:bidi="fa-IR"/>
        </w:rPr>
        <w:t>گردد</w:t>
      </w:r>
      <w:r w:rsidRPr="0088687A">
        <w:rPr>
          <w:rFonts w:cs="B Nazanin"/>
          <w:sz w:val="34"/>
          <w:szCs w:val="32"/>
          <w:rtl/>
          <w:lang w:bidi="fa-IR"/>
        </w:rPr>
        <w:t>.</w:t>
      </w:r>
    </w:p>
    <w:p w14:paraId="1B861F04" w14:textId="3C8009E2" w:rsidR="00246528" w:rsidRPr="0088687A" w:rsidRDefault="00246528" w:rsidP="00246528">
      <w:pPr>
        <w:bidi/>
        <w:rPr>
          <w:rFonts w:cs="B Nazanin"/>
          <w:sz w:val="34"/>
          <w:szCs w:val="32"/>
          <w:lang w:bidi="fa-IR"/>
        </w:rPr>
      </w:pPr>
      <w:r w:rsidRPr="0088687A">
        <w:rPr>
          <w:rFonts w:cs="B Nazanin" w:hint="eastAsia"/>
          <w:b/>
          <w:bCs/>
          <w:sz w:val="34"/>
          <w:szCs w:val="32"/>
          <w:rtl/>
          <w:lang w:bidi="fa-IR"/>
        </w:rPr>
        <w:lastRenderedPageBreak/>
        <w:t>ماده</w:t>
      </w:r>
      <w:r w:rsidRPr="0088687A">
        <w:rPr>
          <w:rFonts w:cs="B Nazanin"/>
          <w:b/>
          <w:bCs/>
          <w:sz w:val="34"/>
          <w:szCs w:val="32"/>
          <w:rtl/>
          <w:lang w:bidi="fa-IR"/>
        </w:rPr>
        <w:t xml:space="preserve"> 26 </w:t>
      </w:r>
      <w:r w:rsidRPr="0088687A">
        <w:rPr>
          <w:rFonts w:cs="B Nazanin" w:hint="eastAsia"/>
          <w:b/>
          <w:bCs/>
          <w:sz w:val="34"/>
          <w:szCs w:val="32"/>
          <w:rtl/>
          <w:lang w:bidi="fa-IR"/>
        </w:rPr>
        <w:t>ـ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کارفرما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موظف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است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مفاد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آ</w:t>
      </w:r>
      <w:r w:rsidRPr="0088687A">
        <w:rPr>
          <w:rFonts w:cs="B Nazanin" w:hint="cs"/>
          <w:sz w:val="34"/>
          <w:szCs w:val="32"/>
          <w:rtl/>
          <w:lang w:bidi="fa-IR"/>
        </w:rPr>
        <w:t>یی</w:t>
      </w:r>
      <w:r w:rsidRPr="0088687A">
        <w:rPr>
          <w:rFonts w:cs="B Nazanin" w:hint="eastAsia"/>
          <w:sz w:val="34"/>
          <w:szCs w:val="32"/>
          <w:rtl/>
          <w:lang w:bidi="fa-IR"/>
        </w:rPr>
        <w:t>ن‌نامه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="0088687A">
        <w:rPr>
          <w:rFonts w:cs="B Nazanin" w:hint="eastAsia"/>
          <w:sz w:val="34"/>
          <w:szCs w:val="32"/>
          <w:rtl/>
          <w:lang w:bidi="fa-IR"/>
        </w:rPr>
        <w:t>تایید</w:t>
      </w:r>
      <w:r w:rsidRPr="0088687A">
        <w:rPr>
          <w:rFonts w:cs="B Nazanin" w:hint="eastAsia"/>
          <w:sz w:val="34"/>
          <w:szCs w:val="32"/>
          <w:rtl/>
          <w:lang w:bidi="fa-IR"/>
        </w:rPr>
        <w:t>شده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را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به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نحو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مقتض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به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اطلاع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همه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کارگران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برساند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و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نسخه‌ا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از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آن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را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در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محل‌ها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عموم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کارگاه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نصب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کند</w:t>
      </w:r>
      <w:r w:rsidRPr="0088687A">
        <w:rPr>
          <w:rFonts w:cs="B Nazanin"/>
          <w:sz w:val="34"/>
          <w:szCs w:val="32"/>
          <w:rtl/>
          <w:lang w:bidi="fa-IR"/>
        </w:rPr>
        <w:t>.</w:t>
      </w:r>
    </w:p>
    <w:p w14:paraId="4CE40CCD" w14:textId="684E07DD" w:rsidR="008E651E" w:rsidRPr="008E651E" w:rsidRDefault="00246528" w:rsidP="00246528">
      <w:pPr>
        <w:bidi/>
        <w:rPr>
          <w:rFonts w:cs="B Nazanin"/>
          <w:sz w:val="34"/>
          <w:szCs w:val="32"/>
          <w:lang w:bidi="fa-IR"/>
        </w:rPr>
      </w:pPr>
      <w:r w:rsidRPr="0088687A">
        <w:rPr>
          <w:rFonts w:cs="B Nazanin" w:hint="eastAsia"/>
          <w:b/>
          <w:bCs/>
          <w:sz w:val="34"/>
          <w:szCs w:val="32"/>
          <w:rtl/>
          <w:lang w:bidi="fa-IR"/>
        </w:rPr>
        <w:t>ماده</w:t>
      </w:r>
      <w:r w:rsidRPr="0088687A">
        <w:rPr>
          <w:rFonts w:cs="B Nazanin"/>
          <w:b/>
          <w:bCs/>
          <w:sz w:val="34"/>
          <w:szCs w:val="32"/>
          <w:rtl/>
          <w:lang w:bidi="fa-IR"/>
        </w:rPr>
        <w:t xml:space="preserve"> 27 </w:t>
      </w:r>
      <w:r w:rsidRPr="0088687A">
        <w:rPr>
          <w:rFonts w:cs="B Nazanin" w:hint="eastAsia"/>
          <w:b/>
          <w:bCs/>
          <w:sz w:val="34"/>
          <w:szCs w:val="32"/>
          <w:rtl/>
          <w:lang w:bidi="fa-IR"/>
        </w:rPr>
        <w:t>ـ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ن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پ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ش‌نو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س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مشتمل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بر</w:t>
      </w:r>
      <w:r w:rsidRPr="0088687A">
        <w:rPr>
          <w:rFonts w:cs="B Nazanin"/>
          <w:sz w:val="34"/>
          <w:szCs w:val="32"/>
          <w:rtl/>
          <w:lang w:bidi="fa-IR"/>
        </w:rPr>
        <w:t xml:space="preserve"> ۲۷ </w:t>
      </w:r>
      <w:r w:rsidRPr="0088687A">
        <w:rPr>
          <w:rFonts w:cs="B Nazanin" w:hint="eastAsia"/>
          <w:sz w:val="34"/>
          <w:szCs w:val="32"/>
          <w:rtl/>
          <w:lang w:bidi="fa-IR"/>
        </w:rPr>
        <w:t>ماده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و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شش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فصل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است</w:t>
      </w:r>
      <w:r w:rsidRPr="0088687A">
        <w:rPr>
          <w:rFonts w:cs="B Nazanin"/>
          <w:sz w:val="34"/>
          <w:szCs w:val="32"/>
          <w:rtl/>
          <w:lang w:bidi="fa-IR"/>
        </w:rPr>
        <w:t xml:space="preserve">. </w:t>
      </w:r>
      <w:r w:rsidRPr="0088687A">
        <w:rPr>
          <w:rFonts w:cs="B Nazanin" w:hint="eastAsia"/>
          <w:sz w:val="34"/>
          <w:szCs w:val="32"/>
          <w:rtl/>
          <w:lang w:bidi="fa-IR"/>
        </w:rPr>
        <w:t>تار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خ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تصو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ب،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تعداد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تبصره‌ها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و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مشخصات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مرجع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="0088687A">
        <w:rPr>
          <w:rFonts w:cs="B Nazanin" w:hint="eastAsia"/>
          <w:sz w:val="34"/>
          <w:szCs w:val="32"/>
          <w:rtl/>
          <w:lang w:bidi="fa-IR"/>
        </w:rPr>
        <w:t>تایید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پس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از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نها</w:t>
      </w:r>
      <w:r w:rsidRPr="0088687A">
        <w:rPr>
          <w:rFonts w:cs="B Nazanin" w:hint="cs"/>
          <w:sz w:val="34"/>
          <w:szCs w:val="32"/>
          <w:rtl/>
          <w:lang w:bidi="fa-IR"/>
        </w:rPr>
        <w:t>یی‌</w:t>
      </w:r>
      <w:r w:rsidRPr="0088687A">
        <w:rPr>
          <w:rFonts w:cs="B Nazanin" w:hint="eastAsia"/>
          <w:sz w:val="34"/>
          <w:szCs w:val="32"/>
          <w:rtl/>
          <w:lang w:bidi="fa-IR"/>
        </w:rPr>
        <w:t>شدن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متن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و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ط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مراحل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قانون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تکم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ل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</w:t>
      </w:r>
      <w:r w:rsidRPr="0088687A">
        <w:rPr>
          <w:rFonts w:cs="B Nazanin" w:hint="cs"/>
          <w:sz w:val="34"/>
          <w:szCs w:val="32"/>
          <w:rtl/>
          <w:lang w:bidi="fa-IR"/>
        </w:rPr>
        <w:t>ی‌</w:t>
      </w:r>
      <w:r w:rsidRPr="0088687A">
        <w:rPr>
          <w:rFonts w:cs="B Nazanin" w:hint="eastAsia"/>
          <w:sz w:val="34"/>
          <w:szCs w:val="32"/>
          <w:rtl/>
          <w:lang w:bidi="fa-IR"/>
        </w:rPr>
        <w:t>شود</w:t>
      </w:r>
      <w:r w:rsidRPr="0088687A">
        <w:rPr>
          <w:rFonts w:cs="B Nazanin"/>
          <w:sz w:val="34"/>
          <w:szCs w:val="32"/>
          <w:rtl/>
          <w:lang w:bidi="fa-IR"/>
        </w:rPr>
        <w:t xml:space="preserve">. </w:t>
      </w:r>
      <w:r w:rsidRPr="0088687A">
        <w:rPr>
          <w:rFonts w:cs="B Nazanin" w:hint="eastAsia"/>
          <w:sz w:val="34"/>
          <w:szCs w:val="32"/>
          <w:rtl/>
          <w:lang w:bidi="fa-IR"/>
        </w:rPr>
        <w:t>آ</w:t>
      </w:r>
      <w:r w:rsidRPr="0088687A">
        <w:rPr>
          <w:rFonts w:cs="B Nazanin" w:hint="cs"/>
          <w:sz w:val="34"/>
          <w:szCs w:val="32"/>
          <w:rtl/>
          <w:lang w:bidi="fa-IR"/>
        </w:rPr>
        <w:t>یی</w:t>
      </w:r>
      <w:r w:rsidRPr="0088687A">
        <w:rPr>
          <w:rFonts w:cs="B Nazanin" w:hint="eastAsia"/>
          <w:sz w:val="34"/>
          <w:szCs w:val="32"/>
          <w:rtl/>
          <w:lang w:bidi="fa-IR"/>
        </w:rPr>
        <w:t>ن‌نامه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فقط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از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تار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خ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="0088687A">
        <w:rPr>
          <w:rFonts w:cs="B Nazanin" w:hint="eastAsia"/>
          <w:sz w:val="34"/>
          <w:szCs w:val="32"/>
          <w:rtl/>
          <w:lang w:bidi="fa-IR"/>
        </w:rPr>
        <w:t>تایید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مرجع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ذ</w:t>
      </w:r>
      <w:r w:rsidRPr="0088687A">
        <w:rPr>
          <w:rFonts w:cs="B Nazanin" w:hint="cs"/>
          <w:sz w:val="34"/>
          <w:szCs w:val="32"/>
          <w:rtl/>
          <w:lang w:bidi="fa-IR"/>
        </w:rPr>
        <w:t>ی‌</w:t>
      </w:r>
      <w:r w:rsidRPr="0088687A">
        <w:rPr>
          <w:rFonts w:cs="B Nazanin" w:hint="eastAsia"/>
          <w:sz w:val="34"/>
          <w:szCs w:val="32"/>
          <w:rtl/>
          <w:lang w:bidi="fa-IR"/>
        </w:rPr>
        <w:t>صلاح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قابل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اجراست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و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تغ</w:t>
      </w:r>
      <w:r w:rsidRPr="0088687A">
        <w:rPr>
          <w:rFonts w:cs="B Nazanin" w:hint="cs"/>
          <w:sz w:val="34"/>
          <w:szCs w:val="32"/>
          <w:rtl/>
          <w:lang w:bidi="fa-IR"/>
        </w:rPr>
        <w:t>یی</w:t>
      </w:r>
      <w:r w:rsidRPr="0088687A">
        <w:rPr>
          <w:rFonts w:cs="B Nazanin" w:hint="eastAsia"/>
          <w:sz w:val="34"/>
          <w:szCs w:val="32"/>
          <w:rtl/>
          <w:lang w:bidi="fa-IR"/>
        </w:rPr>
        <w:t>رات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بعد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ن</w:t>
      </w:r>
      <w:r w:rsidRPr="0088687A">
        <w:rPr>
          <w:rFonts w:cs="B Nazanin" w:hint="cs"/>
          <w:sz w:val="34"/>
          <w:szCs w:val="32"/>
          <w:rtl/>
          <w:lang w:bidi="fa-IR"/>
        </w:rPr>
        <w:t>ی</w:t>
      </w:r>
      <w:r w:rsidRPr="0088687A">
        <w:rPr>
          <w:rFonts w:cs="B Nazanin" w:hint="eastAsia"/>
          <w:sz w:val="34"/>
          <w:szCs w:val="32"/>
          <w:rtl/>
          <w:lang w:bidi="fa-IR"/>
        </w:rPr>
        <w:t>ز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تابع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="0088687A">
        <w:rPr>
          <w:rFonts w:cs="B Nazanin" w:hint="eastAsia"/>
          <w:sz w:val="34"/>
          <w:szCs w:val="32"/>
          <w:rtl/>
          <w:lang w:bidi="fa-IR"/>
        </w:rPr>
        <w:t>تایید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همان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مرجع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خواهد</w:t>
      </w:r>
      <w:r w:rsidRPr="0088687A">
        <w:rPr>
          <w:rFonts w:cs="B Nazanin"/>
          <w:sz w:val="34"/>
          <w:szCs w:val="32"/>
          <w:rtl/>
          <w:lang w:bidi="fa-IR"/>
        </w:rPr>
        <w:t xml:space="preserve"> </w:t>
      </w:r>
      <w:r w:rsidRPr="0088687A">
        <w:rPr>
          <w:rFonts w:cs="B Nazanin" w:hint="eastAsia"/>
          <w:sz w:val="34"/>
          <w:szCs w:val="32"/>
          <w:rtl/>
          <w:lang w:bidi="fa-IR"/>
        </w:rPr>
        <w:t>بود</w:t>
      </w:r>
      <w:r w:rsidRPr="0088687A">
        <w:rPr>
          <w:rFonts w:cs="B Nazanin" w:hint="cs"/>
          <w:sz w:val="34"/>
          <w:szCs w:val="32"/>
          <w:rtl/>
          <w:lang w:bidi="fa-IR"/>
        </w:rPr>
        <w:t>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136"/>
        <w:gridCol w:w="3136"/>
        <w:gridCol w:w="3078"/>
      </w:tblGrid>
      <w:tr w:rsidR="008E651E" w:rsidRPr="008E651E" w14:paraId="3AE192EC" w14:textId="77777777" w:rsidTr="00333C93">
        <w:trPr>
          <w:jc w:val="center"/>
        </w:trPr>
        <w:tc>
          <w:tcPr>
            <w:tcW w:w="3249" w:type="dxa"/>
            <w:vAlign w:val="center"/>
          </w:tcPr>
          <w:p w14:paraId="63CBE265" w14:textId="3DCD1EDE" w:rsidR="008E651E" w:rsidRPr="008E651E" w:rsidRDefault="0088687A" w:rsidP="008E651E">
            <w:pPr>
              <w:bidi/>
              <w:rPr>
                <w:rFonts w:cs="B Nazanin"/>
                <w:sz w:val="34"/>
                <w:szCs w:val="32"/>
                <w:lang w:bidi="fa-IR"/>
              </w:rPr>
            </w:pPr>
            <w:r w:rsidRPr="0088687A">
              <w:rPr>
                <w:rFonts w:ascii="Arial" w:hAnsi="Arial" w:cs="B Nazanin" w:hint="eastAsia"/>
                <w:sz w:val="36"/>
                <w:szCs w:val="32"/>
                <w:rtl/>
                <w:lang w:bidi="fa-IR"/>
              </w:rPr>
              <w:t>امضا</w:t>
            </w:r>
            <w:r w:rsidRPr="0088687A">
              <w:rPr>
                <w:rFonts w:ascii="Arial" w:hAnsi="Arial" w:cs="B Nazanin"/>
                <w:sz w:val="36"/>
                <w:szCs w:val="32"/>
                <w:rtl/>
                <w:lang w:bidi="fa-IR"/>
              </w:rPr>
              <w:t xml:space="preserve"> / </w:t>
            </w:r>
            <w:r w:rsidRPr="0088687A">
              <w:rPr>
                <w:rFonts w:ascii="Arial" w:hAnsi="Arial" w:cs="B Nazanin" w:hint="eastAsia"/>
                <w:sz w:val="36"/>
                <w:szCs w:val="32"/>
                <w:rtl/>
                <w:lang w:bidi="fa-IR"/>
              </w:rPr>
              <w:t>تار</w:t>
            </w:r>
            <w:r w:rsidRPr="0088687A">
              <w:rPr>
                <w:rFonts w:ascii="Arial" w:hAnsi="Arial" w:cs="B Nazanin" w:hint="cs"/>
                <w:sz w:val="36"/>
                <w:szCs w:val="32"/>
                <w:rtl/>
                <w:lang w:bidi="fa-IR"/>
              </w:rPr>
              <w:t>ی</w:t>
            </w:r>
            <w:r w:rsidRPr="0088687A">
              <w:rPr>
                <w:rFonts w:ascii="Arial" w:hAnsi="Arial" w:cs="B Nazanin" w:hint="eastAsia"/>
                <w:sz w:val="36"/>
                <w:szCs w:val="32"/>
                <w:rtl/>
                <w:lang w:bidi="fa-IR"/>
              </w:rPr>
              <w:t>خ</w:t>
            </w:r>
          </w:p>
        </w:tc>
        <w:tc>
          <w:tcPr>
            <w:tcW w:w="3249" w:type="dxa"/>
            <w:vAlign w:val="center"/>
          </w:tcPr>
          <w:p w14:paraId="1FB9394D" w14:textId="244C261C" w:rsidR="008E651E" w:rsidRPr="008E651E" w:rsidRDefault="0088687A" w:rsidP="008E651E">
            <w:pPr>
              <w:bidi/>
              <w:rPr>
                <w:rFonts w:cs="B Nazanin"/>
                <w:sz w:val="34"/>
                <w:szCs w:val="32"/>
                <w:lang w:bidi="fa-IR"/>
              </w:rPr>
            </w:pPr>
            <w:r w:rsidRPr="0088687A">
              <w:rPr>
                <w:rFonts w:ascii="Arial" w:hAnsi="Arial" w:cs="B Nazanin" w:hint="eastAsia"/>
                <w:sz w:val="36"/>
                <w:szCs w:val="32"/>
                <w:rtl/>
                <w:lang w:bidi="fa-IR"/>
              </w:rPr>
              <w:t>نام</w:t>
            </w:r>
            <w:r w:rsidRPr="0088687A">
              <w:rPr>
                <w:rFonts w:ascii="Arial" w:hAnsi="Arial" w:cs="B Nazanin"/>
                <w:sz w:val="36"/>
                <w:szCs w:val="32"/>
                <w:rtl/>
                <w:lang w:bidi="fa-IR"/>
              </w:rPr>
              <w:t xml:space="preserve"> </w:t>
            </w:r>
            <w:r w:rsidRPr="0088687A">
              <w:rPr>
                <w:rFonts w:ascii="Arial" w:hAnsi="Arial" w:cs="B Nazanin" w:hint="eastAsia"/>
                <w:sz w:val="36"/>
                <w:szCs w:val="32"/>
                <w:rtl/>
                <w:lang w:bidi="fa-IR"/>
              </w:rPr>
              <w:t>و</w:t>
            </w:r>
            <w:r w:rsidRPr="0088687A">
              <w:rPr>
                <w:rFonts w:ascii="Arial" w:hAnsi="Arial" w:cs="B Nazanin"/>
                <w:sz w:val="36"/>
                <w:szCs w:val="32"/>
                <w:rtl/>
                <w:lang w:bidi="fa-IR"/>
              </w:rPr>
              <w:t xml:space="preserve"> </w:t>
            </w:r>
            <w:r w:rsidRPr="0088687A">
              <w:rPr>
                <w:rFonts w:ascii="Arial" w:hAnsi="Arial" w:cs="B Nazanin" w:hint="eastAsia"/>
                <w:sz w:val="36"/>
                <w:szCs w:val="32"/>
                <w:rtl/>
                <w:lang w:bidi="fa-IR"/>
              </w:rPr>
              <w:t>نام</w:t>
            </w:r>
            <w:r w:rsidRPr="0088687A">
              <w:rPr>
                <w:rFonts w:ascii="Arial" w:hAnsi="Arial" w:cs="B Nazanin"/>
                <w:sz w:val="36"/>
                <w:szCs w:val="32"/>
                <w:rtl/>
                <w:lang w:bidi="fa-IR"/>
              </w:rPr>
              <w:t xml:space="preserve"> </w:t>
            </w:r>
            <w:r w:rsidRPr="0088687A">
              <w:rPr>
                <w:rFonts w:ascii="Arial" w:hAnsi="Arial" w:cs="B Nazanin" w:hint="eastAsia"/>
                <w:sz w:val="36"/>
                <w:szCs w:val="32"/>
                <w:rtl/>
                <w:lang w:bidi="fa-IR"/>
              </w:rPr>
              <w:t>خانوادگ</w:t>
            </w:r>
            <w:r w:rsidRPr="0088687A">
              <w:rPr>
                <w:rFonts w:ascii="Arial" w:hAnsi="Arial" w:cs="B Nazanin" w:hint="cs"/>
                <w:sz w:val="36"/>
                <w:szCs w:val="32"/>
                <w:rtl/>
                <w:lang w:bidi="fa-IR"/>
              </w:rPr>
              <w:t>ی</w:t>
            </w:r>
          </w:p>
        </w:tc>
        <w:tc>
          <w:tcPr>
            <w:tcW w:w="3249" w:type="dxa"/>
            <w:vAlign w:val="center"/>
          </w:tcPr>
          <w:p w14:paraId="1FD7F513" w14:textId="693DE90C" w:rsidR="008E651E" w:rsidRPr="008E651E" w:rsidRDefault="0088687A" w:rsidP="008E651E">
            <w:pPr>
              <w:bidi/>
              <w:rPr>
                <w:rFonts w:cs="B Nazanin"/>
                <w:sz w:val="34"/>
                <w:szCs w:val="32"/>
                <w:lang w:bidi="fa-IR"/>
              </w:rPr>
            </w:pPr>
            <w:r>
              <w:rPr>
                <w:rFonts w:ascii="Arial" w:hAnsi="Arial" w:cs="B Nazanin" w:hint="cs"/>
                <w:sz w:val="36"/>
                <w:szCs w:val="32"/>
                <w:rtl/>
                <w:lang w:bidi="fa-IR"/>
              </w:rPr>
              <w:t>سمت</w:t>
            </w:r>
          </w:p>
        </w:tc>
      </w:tr>
      <w:tr w:rsidR="008E651E" w:rsidRPr="008E651E" w14:paraId="517BE311" w14:textId="77777777" w:rsidTr="00333C93">
        <w:trPr>
          <w:jc w:val="center"/>
        </w:trPr>
        <w:tc>
          <w:tcPr>
            <w:tcW w:w="3249" w:type="dxa"/>
            <w:vAlign w:val="center"/>
          </w:tcPr>
          <w:p w14:paraId="7ACE4A56" w14:textId="3DB6A7A6" w:rsidR="008E651E" w:rsidRPr="008E651E" w:rsidRDefault="008E651E" w:rsidP="008E651E">
            <w:pPr>
              <w:bidi/>
              <w:rPr>
                <w:rFonts w:cs="B Nazanin"/>
                <w:sz w:val="34"/>
                <w:szCs w:val="32"/>
                <w:lang w:bidi="fa-IR"/>
              </w:rPr>
            </w:pPr>
            <w:r w:rsidRPr="008E651E">
              <w:rPr>
                <w:rFonts w:cs="B Nazanin"/>
                <w:sz w:val="34"/>
                <w:szCs w:val="32"/>
                <w:lang w:bidi="fa-IR"/>
              </w:rPr>
              <w:t>........................</w:t>
            </w:r>
          </w:p>
        </w:tc>
        <w:tc>
          <w:tcPr>
            <w:tcW w:w="3249" w:type="dxa"/>
            <w:vAlign w:val="center"/>
          </w:tcPr>
          <w:p w14:paraId="5706C6F1" w14:textId="77777777" w:rsidR="008E651E" w:rsidRPr="008E651E" w:rsidRDefault="008E651E" w:rsidP="008E651E">
            <w:pPr>
              <w:bidi/>
              <w:rPr>
                <w:rFonts w:cs="B Nazanin"/>
                <w:sz w:val="34"/>
                <w:szCs w:val="32"/>
                <w:lang w:bidi="fa-IR"/>
              </w:rPr>
            </w:pPr>
            <w:r w:rsidRPr="008E651E">
              <w:rPr>
                <w:rFonts w:cs="B Nazanin"/>
                <w:sz w:val="34"/>
                <w:szCs w:val="32"/>
                <w:lang w:bidi="fa-IR"/>
              </w:rPr>
              <w:t>........................</w:t>
            </w:r>
          </w:p>
        </w:tc>
        <w:tc>
          <w:tcPr>
            <w:tcW w:w="3249" w:type="dxa"/>
            <w:vAlign w:val="center"/>
          </w:tcPr>
          <w:p w14:paraId="3A0AF593" w14:textId="6425B38F" w:rsidR="008E651E" w:rsidRPr="008E651E" w:rsidRDefault="0088687A" w:rsidP="008E651E">
            <w:pPr>
              <w:bidi/>
              <w:rPr>
                <w:rFonts w:cs="B Nazanin"/>
                <w:sz w:val="34"/>
                <w:szCs w:val="32"/>
                <w:lang w:bidi="fa-IR"/>
              </w:rPr>
            </w:pP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نما</w:t>
            </w:r>
            <w:r w:rsidRPr="0088687A">
              <w:rPr>
                <w:rFonts w:cs="B Nazanin" w:hint="cs"/>
                <w:sz w:val="34"/>
                <w:szCs w:val="32"/>
                <w:rtl/>
                <w:lang w:bidi="fa-IR"/>
              </w:rPr>
              <w:t>ی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نده</w:t>
            </w:r>
            <w:r w:rsidRPr="0088687A">
              <w:rPr>
                <w:rFonts w:cs="B Nazanin"/>
                <w:sz w:val="34"/>
                <w:szCs w:val="32"/>
                <w:rtl/>
                <w:lang w:bidi="fa-IR"/>
              </w:rPr>
              <w:t xml:space="preserve"> 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کارفرما</w:t>
            </w:r>
          </w:p>
        </w:tc>
      </w:tr>
      <w:tr w:rsidR="008E651E" w:rsidRPr="008E651E" w14:paraId="7E28365F" w14:textId="77777777" w:rsidTr="00333C93">
        <w:trPr>
          <w:jc w:val="center"/>
        </w:trPr>
        <w:tc>
          <w:tcPr>
            <w:tcW w:w="3249" w:type="dxa"/>
            <w:vAlign w:val="center"/>
          </w:tcPr>
          <w:p w14:paraId="18C2D4C7" w14:textId="63076346" w:rsidR="008E651E" w:rsidRPr="008E651E" w:rsidRDefault="008E651E" w:rsidP="008E651E">
            <w:pPr>
              <w:bidi/>
              <w:rPr>
                <w:rFonts w:cs="B Nazanin"/>
                <w:sz w:val="34"/>
                <w:szCs w:val="32"/>
                <w:lang w:bidi="fa-IR"/>
              </w:rPr>
            </w:pPr>
            <w:r w:rsidRPr="008E651E">
              <w:rPr>
                <w:rFonts w:cs="B Nazanin"/>
                <w:sz w:val="34"/>
                <w:szCs w:val="32"/>
                <w:lang w:bidi="fa-IR"/>
              </w:rPr>
              <w:t>........................</w:t>
            </w:r>
          </w:p>
        </w:tc>
        <w:tc>
          <w:tcPr>
            <w:tcW w:w="3249" w:type="dxa"/>
            <w:vAlign w:val="center"/>
          </w:tcPr>
          <w:p w14:paraId="0569825B" w14:textId="77777777" w:rsidR="008E651E" w:rsidRPr="008E651E" w:rsidRDefault="008E651E" w:rsidP="008E651E">
            <w:pPr>
              <w:bidi/>
              <w:rPr>
                <w:rFonts w:cs="B Nazanin"/>
                <w:sz w:val="34"/>
                <w:szCs w:val="32"/>
                <w:lang w:bidi="fa-IR"/>
              </w:rPr>
            </w:pPr>
            <w:r w:rsidRPr="008E651E">
              <w:rPr>
                <w:rFonts w:cs="B Nazanin"/>
                <w:sz w:val="34"/>
                <w:szCs w:val="32"/>
                <w:lang w:bidi="fa-IR"/>
              </w:rPr>
              <w:t>........................</w:t>
            </w:r>
          </w:p>
        </w:tc>
        <w:tc>
          <w:tcPr>
            <w:tcW w:w="3249" w:type="dxa"/>
            <w:vAlign w:val="center"/>
          </w:tcPr>
          <w:p w14:paraId="3BBA890B" w14:textId="1DF56A6D" w:rsidR="008E651E" w:rsidRPr="008E651E" w:rsidRDefault="0088687A" w:rsidP="008E651E">
            <w:pPr>
              <w:bidi/>
              <w:rPr>
                <w:rFonts w:cs="B Nazanin"/>
                <w:sz w:val="34"/>
                <w:szCs w:val="32"/>
                <w:lang w:bidi="fa-IR"/>
              </w:rPr>
            </w:pP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نما</w:t>
            </w:r>
            <w:r w:rsidRPr="0088687A">
              <w:rPr>
                <w:rFonts w:cs="B Nazanin" w:hint="cs"/>
                <w:sz w:val="34"/>
                <w:szCs w:val="32"/>
                <w:rtl/>
                <w:lang w:bidi="fa-IR"/>
              </w:rPr>
              <w:t>ی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نده</w:t>
            </w:r>
            <w:r w:rsidRPr="0088687A">
              <w:rPr>
                <w:rFonts w:cs="B Nazanin"/>
                <w:sz w:val="34"/>
                <w:szCs w:val="32"/>
                <w:rtl/>
                <w:lang w:bidi="fa-IR"/>
              </w:rPr>
              <w:t xml:space="preserve"> 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کارگران</w:t>
            </w:r>
          </w:p>
        </w:tc>
      </w:tr>
      <w:tr w:rsidR="008E651E" w:rsidRPr="008E651E" w14:paraId="57AAA715" w14:textId="77777777" w:rsidTr="00333C93">
        <w:trPr>
          <w:jc w:val="center"/>
        </w:trPr>
        <w:tc>
          <w:tcPr>
            <w:tcW w:w="3249" w:type="dxa"/>
            <w:vAlign w:val="center"/>
          </w:tcPr>
          <w:p w14:paraId="67BAD05F" w14:textId="1563D8B7" w:rsidR="008E651E" w:rsidRPr="008E651E" w:rsidRDefault="008E651E" w:rsidP="008E651E">
            <w:pPr>
              <w:bidi/>
              <w:rPr>
                <w:rFonts w:cs="B Nazanin"/>
                <w:sz w:val="34"/>
                <w:szCs w:val="32"/>
                <w:lang w:bidi="fa-IR"/>
              </w:rPr>
            </w:pPr>
            <w:r w:rsidRPr="008E651E">
              <w:rPr>
                <w:rFonts w:cs="B Nazanin"/>
                <w:sz w:val="34"/>
                <w:szCs w:val="32"/>
                <w:lang w:bidi="fa-IR"/>
              </w:rPr>
              <w:t>........................</w:t>
            </w:r>
          </w:p>
        </w:tc>
        <w:tc>
          <w:tcPr>
            <w:tcW w:w="3249" w:type="dxa"/>
            <w:vAlign w:val="center"/>
          </w:tcPr>
          <w:p w14:paraId="04D8C214" w14:textId="77777777" w:rsidR="008E651E" w:rsidRPr="008E651E" w:rsidRDefault="008E651E" w:rsidP="008E651E">
            <w:pPr>
              <w:bidi/>
              <w:rPr>
                <w:rFonts w:cs="B Nazanin"/>
                <w:sz w:val="34"/>
                <w:szCs w:val="32"/>
                <w:lang w:bidi="fa-IR"/>
              </w:rPr>
            </w:pPr>
            <w:r w:rsidRPr="008E651E">
              <w:rPr>
                <w:rFonts w:cs="B Nazanin"/>
                <w:sz w:val="34"/>
                <w:szCs w:val="32"/>
                <w:lang w:bidi="fa-IR"/>
              </w:rPr>
              <w:t>........................</w:t>
            </w:r>
          </w:p>
        </w:tc>
        <w:tc>
          <w:tcPr>
            <w:tcW w:w="3249" w:type="dxa"/>
            <w:vAlign w:val="center"/>
          </w:tcPr>
          <w:p w14:paraId="0A9A2C85" w14:textId="31242F0F" w:rsidR="008E651E" w:rsidRPr="008E651E" w:rsidRDefault="0088687A" w:rsidP="008E651E">
            <w:pPr>
              <w:bidi/>
              <w:rPr>
                <w:rFonts w:cs="B Nazanin"/>
                <w:sz w:val="34"/>
                <w:szCs w:val="32"/>
                <w:lang w:bidi="fa-IR"/>
              </w:rPr>
            </w:pP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نما</w:t>
            </w:r>
            <w:r w:rsidRPr="0088687A">
              <w:rPr>
                <w:rFonts w:cs="B Nazanin" w:hint="cs"/>
                <w:sz w:val="34"/>
                <w:szCs w:val="32"/>
                <w:rtl/>
                <w:lang w:bidi="fa-IR"/>
              </w:rPr>
              <w:t>ی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نده</w:t>
            </w:r>
            <w:r w:rsidRPr="0088687A">
              <w:rPr>
                <w:rFonts w:cs="B Nazanin"/>
                <w:sz w:val="34"/>
                <w:szCs w:val="32"/>
                <w:rtl/>
                <w:lang w:bidi="fa-IR"/>
              </w:rPr>
              <w:t xml:space="preserve"> 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سرپرستان</w:t>
            </w:r>
          </w:p>
        </w:tc>
      </w:tr>
      <w:tr w:rsidR="008E651E" w:rsidRPr="008E651E" w14:paraId="34E4202F" w14:textId="77777777" w:rsidTr="00333C93">
        <w:trPr>
          <w:jc w:val="center"/>
        </w:trPr>
        <w:tc>
          <w:tcPr>
            <w:tcW w:w="3249" w:type="dxa"/>
            <w:vAlign w:val="center"/>
          </w:tcPr>
          <w:p w14:paraId="48D8B662" w14:textId="5F2A23C4" w:rsidR="008E651E" w:rsidRPr="008E651E" w:rsidRDefault="008E651E" w:rsidP="008E651E">
            <w:pPr>
              <w:bidi/>
              <w:rPr>
                <w:rFonts w:cs="B Nazanin"/>
                <w:sz w:val="34"/>
                <w:szCs w:val="32"/>
                <w:lang w:bidi="fa-IR"/>
              </w:rPr>
            </w:pPr>
            <w:r w:rsidRPr="008E651E">
              <w:rPr>
                <w:rFonts w:cs="B Nazanin"/>
                <w:sz w:val="34"/>
                <w:szCs w:val="32"/>
                <w:lang w:bidi="fa-IR"/>
              </w:rPr>
              <w:t>........................</w:t>
            </w:r>
          </w:p>
        </w:tc>
        <w:tc>
          <w:tcPr>
            <w:tcW w:w="3249" w:type="dxa"/>
            <w:vAlign w:val="center"/>
          </w:tcPr>
          <w:p w14:paraId="3CD99AB4" w14:textId="77777777" w:rsidR="008E651E" w:rsidRPr="008E651E" w:rsidRDefault="008E651E" w:rsidP="008E651E">
            <w:pPr>
              <w:bidi/>
              <w:rPr>
                <w:rFonts w:cs="B Nazanin"/>
                <w:sz w:val="34"/>
                <w:szCs w:val="32"/>
                <w:lang w:bidi="fa-IR"/>
              </w:rPr>
            </w:pPr>
            <w:r w:rsidRPr="008E651E">
              <w:rPr>
                <w:rFonts w:cs="B Nazanin"/>
                <w:sz w:val="34"/>
                <w:szCs w:val="32"/>
                <w:lang w:bidi="fa-IR"/>
              </w:rPr>
              <w:t>........................</w:t>
            </w:r>
          </w:p>
        </w:tc>
        <w:tc>
          <w:tcPr>
            <w:tcW w:w="3249" w:type="dxa"/>
            <w:vAlign w:val="center"/>
          </w:tcPr>
          <w:p w14:paraId="0310C1B6" w14:textId="45F483D7" w:rsidR="008E651E" w:rsidRPr="008E651E" w:rsidRDefault="0088687A" w:rsidP="008E651E">
            <w:pPr>
              <w:bidi/>
              <w:rPr>
                <w:rFonts w:cs="B Nazanin"/>
                <w:sz w:val="34"/>
                <w:szCs w:val="32"/>
                <w:lang w:bidi="fa-IR"/>
              </w:rPr>
            </w:pP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مرجع</w:t>
            </w:r>
            <w:r w:rsidRPr="0088687A">
              <w:rPr>
                <w:rFonts w:cs="B Nazanin"/>
                <w:sz w:val="34"/>
                <w:szCs w:val="32"/>
                <w:rtl/>
                <w:lang w:bidi="fa-IR"/>
              </w:rPr>
              <w:t xml:space="preserve"> </w:t>
            </w:r>
            <w:r w:rsidR="00654276">
              <w:rPr>
                <w:rFonts w:cs="B Nazanin" w:hint="cs"/>
                <w:sz w:val="34"/>
                <w:szCs w:val="32"/>
                <w:rtl/>
                <w:lang w:bidi="fa-IR"/>
              </w:rPr>
              <w:t>تا</w:t>
            </w:r>
            <w:r w:rsidRPr="0088687A">
              <w:rPr>
                <w:rFonts w:cs="B Nazanin" w:hint="cs"/>
                <w:sz w:val="34"/>
                <w:szCs w:val="32"/>
                <w:rtl/>
                <w:lang w:bidi="fa-IR"/>
              </w:rPr>
              <w:t>یی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د</w:t>
            </w:r>
            <w:r w:rsidRPr="0088687A">
              <w:rPr>
                <w:rFonts w:cs="B Nazanin"/>
                <w:sz w:val="34"/>
                <w:szCs w:val="32"/>
                <w:rtl/>
                <w:lang w:bidi="fa-IR"/>
              </w:rPr>
              <w:t xml:space="preserve"> </w:t>
            </w:r>
            <w:r w:rsidRPr="0088687A">
              <w:rPr>
                <w:rFonts w:cs="B Nazanin" w:hint="eastAsia"/>
                <w:sz w:val="34"/>
                <w:szCs w:val="32"/>
                <w:rtl/>
                <w:lang w:bidi="fa-IR"/>
              </w:rPr>
              <w:t>قانون</w:t>
            </w:r>
            <w:r w:rsidRPr="0088687A">
              <w:rPr>
                <w:rFonts w:cs="B Nazanin" w:hint="cs"/>
                <w:sz w:val="34"/>
                <w:szCs w:val="32"/>
                <w:rtl/>
                <w:lang w:bidi="fa-IR"/>
              </w:rPr>
              <w:t>ی</w:t>
            </w:r>
          </w:p>
        </w:tc>
      </w:tr>
    </w:tbl>
    <w:p w14:paraId="2EB38657" w14:textId="77777777" w:rsidR="008E651E" w:rsidRPr="008E651E" w:rsidRDefault="008E651E" w:rsidP="008E651E">
      <w:pPr>
        <w:bidi/>
        <w:rPr>
          <w:rFonts w:cs="B Nazanin"/>
          <w:sz w:val="34"/>
          <w:szCs w:val="32"/>
          <w:lang w:bidi="fa-IR"/>
        </w:rPr>
      </w:pPr>
    </w:p>
    <w:p w14:paraId="0BCA813F" w14:textId="1A0D7842" w:rsidR="008E651E" w:rsidRPr="0088687A" w:rsidRDefault="008E651E" w:rsidP="00246528">
      <w:pPr>
        <w:bidi/>
        <w:rPr>
          <w:rFonts w:cs="B Nazanin"/>
          <w:sz w:val="34"/>
          <w:szCs w:val="32"/>
          <w:rtl/>
          <w:lang w:bidi="fa-IR"/>
        </w:rPr>
      </w:pPr>
    </w:p>
    <w:sectPr w:rsidR="008E651E" w:rsidRPr="0088687A" w:rsidSect="00246528">
      <w:footerReference w:type="default" r:id="rId7"/>
      <w:pgSz w:w="12240" w:h="15840"/>
      <w:pgMar w:top="1440" w:right="1440" w:bottom="1440" w:left="1440" w:header="708" w:footer="708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3AE500" w14:textId="77777777" w:rsidR="00E55C5C" w:rsidRDefault="00E55C5C" w:rsidP="00654276">
      <w:pPr>
        <w:spacing w:after="0" w:line="240" w:lineRule="auto"/>
      </w:pPr>
      <w:r>
        <w:separator/>
      </w:r>
    </w:p>
  </w:endnote>
  <w:endnote w:type="continuationSeparator" w:id="0">
    <w:p w14:paraId="1BDAFA94" w14:textId="77777777" w:rsidR="00E55C5C" w:rsidRDefault="00E55C5C" w:rsidP="006542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azirmatn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YekanX DemiBold">
    <w:panose1 w:val="00000000000000000000"/>
    <w:charset w:val="00"/>
    <w:family w:val="auto"/>
    <w:pitch w:val="variable"/>
    <w:sig w:usb0="00002003" w:usb1="8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32F6A" w14:textId="016F6688" w:rsidR="00654276" w:rsidRPr="00934584" w:rsidRDefault="00654276" w:rsidP="00654276">
    <w:pPr>
      <w:pStyle w:val="Footer"/>
      <w:jc w:val="center"/>
      <w:rPr>
        <w:rFonts w:ascii="IRANYekanX DemiBold" w:hAnsi="IRANYekanX DemiBold" w:cs="IRANYekanX DemiBold"/>
        <w:sz w:val="28"/>
        <w:szCs w:val="32"/>
        <w:lang w:bidi="fa-IR"/>
      </w:rPr>
    </w:pPr>
    <w:r w:rsidRPr="00934584">
      <w:rPr>
        <w:rFonts w:ascii="IRANYekanX DemiBold" w:hAnsi="IRANYekanX DemiBold" w:cs="IRANYekanX DemiBold"/>
        <w:sz w:val="28"/>
        <w:szCs w:val="32"/>
        <w:lang w:bidi="fa-IR"/>
      </w:rPr>
      <w:t>Kartaban.com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E54F4B" w14:textId="77777777" w:rsidR="00E55C5C" w:rsidRDefault="00E55C5C" w:rsidP="00654276">
      <w:pPr>
        <w:spacing w:after="0" w:line="240" w:lineRule="auto"/>
      </w:pPr>
      <w:r>
        <w:separator/>
      </w:r>
    </w:p>
  </w:footnote>
  <w:footnote w:type="continuationSeparator" w:id="0">
    <w:p w14:paraId="35DC4C24" w14:textId="77777777" w:rsidR="00E55C5C" w:rsidRDefault="00E55C5C" w:rsidP="006542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93369250">
    <w:abstractNumId w:val="8"/>
  </w:num>
  <w:num w:numId="2" w16cid:durableId="947273686">
    <w:abstractNumId w:val="6"/>
  </w:num>
  <w:num w:numId="3" w16cid:durableId="1037705170">
    <w:abstractNumId w:val="5"/>
  </w:num>
  <w:num w:numId="4" w16cid:durableId="643318708">
    <w:abstractNumId w:val="4"/>
  </w:num>
  <w:num w:numId="5" w16cid:durableId="1991520068">
    <w:abstractNumId w:val="7"/>
  </w:num>
  <w:num w:numId="6" w16cid:durableId="935282695">
    <w:abstractNumId w:val="3"/>
  </w:num>
  <w:num w:numId="7" w16cid:durableId="1318610793">
    <w:abstractNumId w:val="2"/>
  </w:num>
  <w:num w:numId="8" w16cid:durableId="2089884274">
    <w:abstractNumId w:val="1"/>
  </w:num>
  <w:num w:numId="9" w16cid:durableId="6941896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51E"/>
    <w:rsid w:val="001714E6"/>
    <w:rsid w:val="002151FF"/>
    <w:rsid w:val="00246528"/>
    <w:rsid w:val="00654276"/>
    <w:rsid w:val="007175DF"/>
    <w:rsid w:val="00802B09"/>
    <w:rsid w:val="0088687A"/>
    <w:rsid w:val="008E651E"/>
    <w:rsid w:val="00934584"/>
    <w:rsid w:val="009B4A02"/>
    <w:rsid w:val="00B11EA5"/>
    <w:rsid w:val="00CE3752"/>
    <w:rsid w:val="00DB1D37"/>
    <w:rsid w:val="00E55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2D1A0F"/>
  <w15:chartTrackingRefBased/>
  <w15:docId w15:val="{FBB6BFF1-A1CB-4915-9797-7681651BF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687A"/>
    <w:pPr>
      <w:spacing w:after="140" w:line="276" w:lineRule="auto"/>
    </w:pPr>
    <w:rPr>
      <w:rFonts w:ascii="Vazirmatn" w:eastAsiaTheme="minorEastAsia" w:hAnsi="Vazirmatn"/>
      <w:kern w:val="0"/>
      <w:sz w:val="2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E65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E65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E651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65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651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65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65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65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65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65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E65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E65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651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651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65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65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65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65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65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65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65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65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65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65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65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651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65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651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651E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E65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651E"/>
    <w:rPr>
      <w:rFonts w:ascii="Vazirmatn" w:eastAsiaTheme="minorEastAsia" w:hAnsi="Vazirmatn"/>
      <w:kern w:val="0"/>
      <w:sz w:val="20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E65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651E"/>
    <w:rPr>
      <w:rFonts w:ascii="Vazirmatn" w:eastAsiaTheme="minorEastAsia" w:hAnsi="Vazirmatn"/>
      <w:kern w:val="0"/>
      <w:sz w:val="20"/>
      <w:szCs w:val="22"/>
      <w14:ligatures w14:val="none"/>
    </w:rPr>
  </w:style>
  <w:style w:type="paragraph" w:styleId="NoSpacing">
    <w:name w:val="No Spacing"/>
    <w:uiPriority w:val="1"/>
    <w:qFormat/>
    <w:rsid w:val="008E651E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BodyText">
    <w:name w:val="Body Text"/>
    <w:basedOn w:val="Normal"/>
    <w:link w:val="BodyTextChar"/>
    <w:uiPriority w:val="99"/>
    <w:unhideWhenUsed/>
    <w:rsid w:val="008E651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8E651E"/>
    <w:rPr>
      <w:rFonts w:ascii="Vazirmatn" w:eastAsiaTheme="minorEastAsia" w:hAnsi="Vazirmatn"/>
      <w:kern w:val="0"/>
      <w:sz w:val="20"/>
      <w:szCs w:val="22"/>
      <w14:ligatures w14:val="none"/>
    </w:rPr>
  </w:style>
  <w:style w:type="paragraph" w:styleId="BodyText2">
    <w:name w:val="Body Text 2"/>
    <w:basedOn w:val="Normal"/>
    <w:link w:val="BodyText2Char"/>
    <w:uiPriority w:val="99"/>
    <w:unhideWhenUsed/>
    <w:rsid w:val="008E651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8E651E"/>
    <w:rPr>
      <w:rFonts w:ascii="Vazirmatn" w:eastAsiaTheme="minorEastAsia" w:hAnsi="Vazirmatn"/>
      <w:kern w:val="0"/>
      <w:sz w:val="20"/>
      <w:szCs w:val="22"/>
      <w14:ligatures w14:val="none"/>
    </w:rPr>
  </w:style>
  <w:style w:type="paragraph" w:styleId="BodyText3">
    <w:name w:val="Body Text 3"/>
    <w:basedOn w:val="Normal"/>
    <w:link w:val="BodyText3Char"/>
    <w:uiPriority w:val="99"/>
    <w:unhideWhenUsed/>
    <w:rsid w:val="008E651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8E651E"/>
    <w:rPr>
      <w:rFonts w:ascii="Vazirmatn" w:eastAsiaTheme="minorEastAsia" w:hAnsi="Vazirmatn"/>
      <w:kern w:val="0"/>
      <w:sz w:val="16"/>
      <w:szCs w:val="16"/>
      <w14:ligatures w14:val="none"/>
    </w:rPr>
  </w:style>
  <w:style w:type="paragraph" w:styleId="List">
    <w:name w:val="List"/>
    <w:basedOn w:val="Normal"/>
    <w:uiPriority w:val="99"/>
    <w:unhideWhenUsed/>
    <w:rsid w:val="008E651E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8E651E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8E651E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8E651E"/>
    <w:pPr>
      <w:numPr>
        <w:numId w:val="1"/>
      </w:numPr>
      <w:tabs>
        <w:tab w:val="clear" w:pos="360"/>
      </w:tabs>
      <w:ind w:left="0" w:firstLine="0"/>
      <w:contextualSpacing/>
    </w:pPr>
  </w:style>
  <w:style w:type="paragraph" w:styleId="ListBullet2">
    <w:name w:val="List Bullet 2"/>
    <w:basedOn w:val="Normal"/>
    <w:uiPriority w:val="99"/>
    <w:unhideWhenUsed/>
    <w:rsid w:val="008E651E"/>
    <w:pPr>
      <w:numPr>
        <w:numId w:val="2"/>
      </w:numPr>
      <w:tabs>
        <w:tab w:val="clear" w:pos="720"/>
      </w:tabs>
      <w:ind w:left="0" w:firstLine="0"/>
      <w:contextualSpacing/>
    </w:pPr>
  </w:style>
  <w:style w:type="paragraph" w:styleId="ListBullet3">
    <w:name w:val="List Bullet 3"/>
    <w:basedOn w:val="Normal"/>
    <w:uiPriority w:val="99"/>
    <w:unhideWhenUsed/>
    <w:rsid w:val="008E651E"/>
    <w:pPr>
      <w:numPr>
        <w:numId w:val="3"/>
      </w:numPr>
      <w:tabs>
        <w:tab w:val="clear" w:pos="1080"/>
      </w:tabs>
      <w:ind w:left="0" w:firstLine="0"/>
      <w:contextualSpacing/>
    </w:pPr>
  </w:style>
  <w:style w:type="paragraph" w:styleId="ListNumber">
    <w:name w:val="List Number"/>
    <w:basedOn w:val="Normal"/>
    <w:uiPriority w:val="99"/>
    <w:unhideWhenUsed/>
    <w:rsid w:val="008E651E"/>
    <w:pPr>
      <w:numPr>
        <w:numId w:val="5"/>
      </w:numPr>
      <w:tabs>
        <w:tab w:val="clear" w:pos="360"/>
      </w:tabs>
      <w:ind w:left="0" w:firstLine="0"/>
      <w:contextualSpacing/>
    </w:pPr>
  </w:style>
  <w:style w:type="paragraph" w:styleId="ListNumber2">
    <w:name w:val="List Number 2"/>
    <w:basedOn w:val="Normal"/>
    <w:uiPriority w:val="99"/>
    <w:unhideWhenUsed/>
    <w:rsid w:val="008E651E"/>
    <w:pPr>
      <w:numPr>
        <w:numId w:val="6"/>
      </w:numPr>
      <w:tabs>
        <w:tab w:val="clear" w:pos="720"/>
      </w:tabs>
      <w:ind w:left="0" w:firstLine="0"/>
      <w:contextualSpacing/>
    </w:pPr>
  </w:style>
  <w:style w:type="paragraph" w:styleId="ListNumber3">
    <w:name w:val="List Number 3"/>
    <w:basedOn w:val="Normal"/>
    <w:uiPriority w:val="99"/>
    <w:unhideWhenUsed/>
    <w:rsid w:val="008E651E"/>
    <w:pPr>
      <w:numPr>
        <w:numId w:val="7"/>
      </w:numPr>
      <w:tabs>
        <w:tab w:val="clear" w:pos="1080"/>
      </w:tabs>
      <w:ind w:left="0" w:firstLine="0"/>
      <w:contextualSpacing/>
    </w:pPr>
  </w:style>
  <w:style w:type="paragraph" w:styleId="ListContinue">
    <w:name w:val="List Continue"/>
    <w:basedOn w:val="Normal"/>
    <w:uiPriority w:val="99"/>
    <w:unhideWhenUsed/>
    <w:rsid w:val="008E651E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8E651E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8E651E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8E651E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eastAsiaTheme="minorEastAsia" w:hAnsi="Courier"/>
      <w:kern w:val="0"/>
      <w:sz w:val="20"/>
      <w:szCs w:val="20"/>
      <w14:ligatures w14:val="none"/>
    </w:rPr>
  </w:style>
  <w:style w:type="character" w:customStyle="1" w:styleId="MacroTextChar">
    <w:name w:val="Macro Text Char"/>
    <w:basedOn w:val="DefaultParagraphFont"/>
    <w:link w:val="MacroText"/>
    <w:uiPriority w:val="99"/>
    <w:rsid w:val="008E651E"/>
    <w:rPr>
      <w:rFonts w:ascii="Courier" w:eastAsiaTheme="minorEastAsia" w:hAnsi="Courier"/>
      <w:kern w:val="0"/>
      <w:sz w:val="20"/>
      <w:szCs w:val="20"/>
      <w14:ligatures w14:val="non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E651E"/>
    <w:pPr>
      <w:spacing w:line="240" w:lineRule="auto"/>
    </w:pPr>
    <w:rPr>
      <w:b/>
      <w:bCs/>
      <w:color w:val="4472C4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8E651E"/>
    <w:rPr>
      <w:b/>
      <w:bCs/>
    </w:rPr>
  </w:style>
  <w:style w:type="character" w:styleId="Emphasis">
    <w:name w:val="Emphasis"/>
    <w:basedOn w:val="DefaultParagraphFont"/>
    <w:uiPriority w:val="20"/>
    <w:qFormat/>
    <w:rsid w:val="008E651E"/>
    <w:rPr>
      <w:i/>
      <w:iCs/>
    </w:rPr>
  </w:style>
  <w:style w:type="character" w:styleId="SubtleEmphasis">
    <w:name w:val="Subtle Emphasis"/>
    <w:basedOn w:val="DefaultParagraphFont"/>
    <w:uiPriority w:val="19"/>
    <w:qFormat/>
    <w:rsid w:val="008E651E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31"/>
    <w:qFormat/>
    <w:rsid w:val="008E651E"/>
    <w:rPr>
      <w:smallCaps/>
      <w:color w:val="ED7D31" w:themeColor="accent2"/>
      <w:u w:val="single"/>
    </w:rPr>
  </w:style>
  <w:style w:type="character" w:styleId="BookTitle">
    <w:name w:val="Book Title"/>
    <w:basedOn w:val="DefaultParagraphFont"/>
    <w:uiPriority w:val="33"/>
    <w:qFormat/>
    <w:rsid w:val="008E651E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E651E"/>
    <w:pPr>
      <w:spacing w:before="480" w:after="0"/>
      <w:outlineLvl w:val="9"/>
    </w:pPr>
    <w:rPr>
      <w:b/>
      <w:bCs/>
      <w:color w:val="124052"/>
      <w:sz w:val="26"/>
      <w:szCs w:val="28"/>
    </w:rPr>
  </w:style>
  <w:style w:type="table" w:styleId="TableGrid">
    <w:name w:val="Table Grid"/>
    <w:basedOn w:val="TableNormal"/>
    <w:uiPriority w:val="59"/>
    <w:rsid w:val="008E651E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8E651E"/>
    <w:pPr>
      <w:spacing w:after="0" w:line="240" w:lineRule="auto"/>
    </w:pPr>
    <w:rPr>
      <w:rFonts w:eastAsiaTheme="minorEastAsia"/>
      <w:color w:val="000000" w:themeColor="text1" w:themeShade="BF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8E651E"/>
    <w:pPr>
      <w:spacing w:after="0" w:line="240" w:lineRule="auto"/>
    </w:pPr>
    <w:rPr>
      <w:rFonts w:eastAsiaTheme="minorEastAsia"/>
      <w:color w:val="2F5496" w:themeColor="accent1" w:themeShade="BF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8E651E"/>
    <w:pPr>
      <w:spacing w:after="0" w:line="240" w:lineRule="auto"/>
    </w:pPr>
    <w:rPr>
      <w:rFonts w:eastAsiaTheme="minorEastAsia"/>
      <w:color w:val="C45911" w:themeColor="accent2" w:themeShade="BF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8E651E"/>
    <w:pPr>
      <w:spacing w:after="0" w:line="240" w:lineRule="auto"/>
    </w:pPr>
    <w:rPr>
      <w:rFonts w:eastAsiaTheme="minorEastAsia"/>
      <w:color w:val="7B7B7B" w:themeColor="accent3" w:themeShade="BF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8E651E"/>
    <w:pPr>
      <w:spacing w:after="0" w:line="240" w:lineRule="auto"/>
    </w:pPr>
    <w:rPr>
      <w:rFonts w:eastAsiaTheme="minorEastAsia"/>
      <w:color w:val="BF8F00" w:themeColor="accent4" w:themeShade="BF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8E651E"/>
    <w:pPr>
      <w:spacing w:after="0" w:line="240" w:lineRule="auto"/>
    </w:pPr>
    <w:rPr>
      <w:rFonts w:eastAsiaTheme="minorEastAsia"/>
      <w:color w:val="2E74B5" w:themeColor="accent5" w:themeShade="BF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8E651E"/>
    <w:pPr>
      <w:spacing w:after="0" w:line="240" w:lineRule="auto"/>
    </w:pPr>
    <w:rPr>
      <w:rFonts w:eastAsiaTheme="minorEastAsia"/>
      <w:color w:val="538135" w:themeColor="accent6" w:themeShade="BF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LightList">
    <w:name w:val="Light List"/>
    <w:basedOn w:val="TableNormal"/>
    <w:uiPriority w:val="61"/>
    <w:rsid w:val="008E651E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8E651E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8E651E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8E651E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8E651E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8E651E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8E651E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Grid">
    <w:name w:val="Light Grid"/>
    <w:basedOn w:val="TableNormal"/>
    <w:uiPriority w:val="62"/>
    <w:rsid w:val="008E651E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8E651E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8E651E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8E651E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8E651E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8E651E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8E651E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8E651E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8E651E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8E651E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8E651E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8E651E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8E651E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8E651E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8E651E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8E651E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8E651E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8E651E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8E651E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8E651E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8E651E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8E651E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8E651E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8E651E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8E651E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8E651E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8E651E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8E651E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rsid w:val="008E65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8E65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8E65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8E65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8E65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8E65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8E65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8E651E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8E651E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8E651E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8E651E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8E651E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8E651E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8E651E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rsid w:val="008E65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8E65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8E65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8E65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8E65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8E65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8E65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8E651E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8E651E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8E651E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8E651E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8E651E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8E651E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8E651E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DarkList">
    <w:name w:val="Dark List"/>
    <w:basedOn w:val="TableNormal"/>
    <w:uiPriority w:val="70"/>
    <w:rsid w:val="008E651E"/>
    <w:pPr>
      <w:spacing w:after="0" w:line="240" w:lineRule="auto"/>
    </w:pPr>
    <w:rPr>
      <w:rFonts w:eastAsiaTheme="minorEastAsia"/>
      <w:color w:val="FFFFFF" w:themeColor="background1"/>
      <w:kern w:val="0"/>
      <w:sz w:val="22"/>
      <w:szCs w:val="22"/>
      <w14:ligatures w14:val="none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8E651E"/>
    <w:pPr>
      <w:spacing w:after="0" w:line="240" w:lineRule="auto"/>
    </w:pPr>
    <w:rPr>
      <w:rFonts w:eastAsiaTheme="minorEastAsia"/>
      <w:color w:val="FFFFFF" w:themeColor="background1"/>
      <w:kern w:val="0"/>
      <w:sz w:val="22"/>
      <w:szCs w:val="22"/>
      <w14:ligatures w14:val="none"/>
    </w:rPr>
    <w:tblPr>
      <w:tblStyleRowBandSize w:val="1"/>
      <w:tblStyleColBandSize w:val="1"/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8E651E"/>
    <w:pPr>
      <w:spacing w:after="0" w:line="240" w:lineRule="auto"/>
    </w:pPr>
    <w:rPr>
      <w:rFonts w:eastAsiaTheme="minorEastAsia"/>
      <w:color w:val="FFFFFF" w:themeColor="background1"/>
      <w:kern w:val="0"/>
      <w:sz w:val="22"/>
      <w:szCs w:val="22"/>
      <w14:ligatures w14:val="none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8E651E"/>
    <w:pPr>
      <w:spacing w:after="0" w:line="240" w:lineRule="auto"/>
    </w:pPr>
    <w:rPr>
      <w:rFonts w:eastAsiaTheme="minorEastAsia"/>
      <w:color w:val="FFFFFF" w:themeColor="background1"/>
      <w:kern w:val="0"/>
      <w:sz w:val="22"/>
      <w:szCs w:val="22"/>
      <w14:ligatures w14:val="none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8E651E"/>
    <w:pPr>
      <w:spacing w:after="0" w:line="240" w:lineRule="auto"/>
    </w:pPr>
    <w:rPr>
      <w:rFonts w:eastAsiaTheme="minorEastAsia"/>
      <w:color w:val="FFFFFF" w:themeColor="background1"/>
      <w:kern w:val="0"/>
      <w:sz w:val="22"/>
      <w:szCs w:val="22"/>
      <w14:ligatures w14:val="none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8E651E"/>
    <w:pPr>
      <w:spacing w:after="0" w:line="240" w:lineRule="auto"/>
    </w:pPr>
    <w:rPr>
      <w:rFonts w:eastAsiaTheme="minorEastAsia"/>
      <w:color w:val="FFFFFF" w:themeColor="background1"/>
      <w:kern w:val="0"/>
      <w:sz w:val="22"/>
      <w:szCs w:val="22"/>
      <w14:ligatures w14:val="none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8E651E"/>
    <w:pPr>
      <w:spacing w:after="0" w:line="240" w:lineRule="auto"/>
    </w:pPr>
    <w:rPr>
      <w:rFonts w:eastAsiaTheme="minorEastAsia"/>
      <w:color w:val="FFFFFF" w:themeColor="background1"/>
      <w:kern w:val="0"/>
      <w:sz w:val="22"/>
      <w:szCs w:val="22"/>
      <w14:ligatures w14:val="none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8E651E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8E651E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8E651E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8E651E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8E651E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8E651E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8E651E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8E651E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8E651E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8E651E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8E651E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8E651E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8E651E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8E651E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Grid">
    <w:name w:val="Colorful Grid"/>
    <w:basedOn w:val="TableNormal"/>
    <w:uiPriority w:val="73"/>
    <w:rsid w:val="008E651E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8E651E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8E651E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8E651E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8E651E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8E651E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8E651E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1554</Words>
  <Characters>8863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نمونه آیین نامه انضباط کار PDF</dc:title>
  <dc:subject/>
  <dc:creator>altin-system</dc:creator>
  <cp:keywords/>
  <dc:description/>
  <cp:lastModifiedBy>altin-system</cp:lastModifiedBy>
  <cp:revision>6</cp:revision>
  <cp:lastPrinted>2026-10-14T07:30:00Z</cp:lastPrinted>
  <dcterms:created xsi:type="dcterms:W3CDTF">2026-10-13T09:41:00Z</dcterms:created>
  <dcterms:modified xsi:type="dcterms:W3CDTF">2026-10-14T07:30:00Z</dcterms:modified>
</cp:coreProperties>
</file>